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AFC54" w14:textId="77777777" w:rsidR="00EA76A5" w:rsidRDefault="00000000">
      <w:pPr>
        <w:jc w:val="center"/>
      </w:pPr>
      <w:r>
        <w:rPr>
          <w:b/>
          <w:sz w:val="36"/>
        </w:rPr>
        <w:t>SUNDON DENTAL PRACTICE</w:t>
      </w:r>
    </w:p>
    <w:p w14:paraId="727F148E" w14:textId="77777777" w:rsidR="00EA76A5" w:rsidRDefault="00000000">
      <w:pPr>
        <w:jc w:val="center"/>
      </w:pPr>
      <w:r>
        <w:rPr>
          <w:b/>
          <w:sz w:val="22"/>
        </w:rPr>
        <w:t>CONFIDENTIAL MEDICAL QUESTIONNAIRE</w:t>
      </w:r>
    </w:p>
    <w:p w14:paraId="104476F6" w14:textId="77777777" w:rsidR="00EA76A5" w:rsidRDefault="00000000">
      <w:pPr>
        <w:jc w:val="center"/>
      </w:pPr>
      <w:r>
        <w:rPr>
          <w:sz w:val="16"/>
        </w:rPr>
        <w:t xml:space="preserve">Please </w:t>
      </w:r>
      <w:proofErr w:type="gramStart"/>
      <w:r>
        <w:rPr>
          <w:sz w:val="16"/>
        </w:rPr>
        <w:t>complete in</w:t>
      </w:r>
      <w:proofErr w:type="gramEnd"/>
      <w:r>
        <w:rPr>
          <w:sz w:val="16"/>
        </w:rPr>
        <w:t xml:space="preserve"> </w:t>
      </w:r>
      <w:r w:rsidRPr="002C4856">
        <w:rPr>
          <w:b/>
          <w:bCs/>
          <w:sz w:val="16"/>
        </w:rPr>
        <w:t>CAPITAL LETTERS</w:t>
      </w:r>
      <w:r>
        <w:rPr>
          <w:sz w:val="16"/>
        </w:rPr>
        <w:t>. All answers provided will remain strictly confidential.</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224"/>
        <w:gridCol w:w="3024"/>
        <w:gridCol w:w="1512"/>
        <w:gridCol w:w="4320"/>
      </w:tblGrid>
      <w:tr w:rsidR="00EA76A5" w14:paraId="7859E663" w14:textId="77777777">
        <w:trPr>
          <w:jc w:val="center"/>
        </w:trPr>
        <w:tc>
          <w:tcPr>
            <w:tcW w:w="1224" w:type="dxa"/>
            <w:vAlign w:val="center"/>
          </w:tcPr>
          <w:p w14:paraId="2D947A15" w14:textId="77777777" w:rsidR="00EA76A5" w:rsidRDefault="00000000">
            <w:pPr>
              <w:spacing w:after="0"/>
            </w:pPr>
            <w:r>
              <w:rPr>
                <w:b/>
              </w:rPr>
              <w:t>Title</w:t>
            </w:r>
          </w:p>
        </w:tc>
        <w:tc>
          <w:tcPr>
            <w:tcW w:w="3024" w:type="dxa"/>
            <w:vAlign w:val="center"/>
          </w:tcPr>
          <w:p w14:paraId="341C52BE" w14:textId="77777777" w:rsidR="00EA76A5" w:rsidRDefault="00EA76A5">
            <w:pPr>
              <w:spacing w:after="0"/>
            </w:pPr>
          </w:p>
        </w:tc>
        <w:tc>
          <w:tcPr>
            <w:tcW w:w="1512" w:type="dxa"/>
            <w:vAlign w:val="center"/>
          </w:tcPr>
          <w:p w14:paraId="3D9F1811" w14:textId="77777777" w:rsidR="00EA76A5" w:rsidRDefault="00000000">
            <w:pPr>
              <w:spacing w:after="0"/>
            </w:pPr>
            <w:r>
              <w:rPr>
                <w:b/>
              </w:rPr>
              <w:t>Surname</w:t>
            </w:r>
          </w:p>
        </w:tc>
        <w:tc>
          <w:tcPr>
            <w:tcW w:w="4320" w:type="dxa"/>
            <w:vAlign w:val="center"/>
          </w:tcPr>
          <w:p w14:paraId="1B6B243D" w14:textId="77777777" w:rsidR="00EA76A5" w:rsidRDefault="00EA76A5">
            <w:pPr>
              <w:spacing w:after="0"/>
            </w:pPr>
          </w:p>
        </w:tc>
      </w:tr>
      <w:tr w:rsidR="00EA76A5" w14:paraId="117A8376" w14:textId="77777777">
        <w:trPr>
          <w:jc w:val="center"/>
        </w:trPr>
        <w:tc>
          <w:tcPr>
            <w:tcW w:w="1224" w:type="dxa"/>
            <w:vAlign w:val="center"/>
          </w:tcPr>
          <w:p w14:paraId="2BE866F1" w14:textId="77777777" w:rsidR="00EA76A5" w:rsidRDefault="00000000">
            <w:pPr>
              <w:spacing w:after="0"/>
            </w:pPr>
            <w:r>
              <w:rPr>
                <w:b/>
              </w:rPr>
              <w:t>First Names</w:t>
            </w:r>
          </w:p>
        </w:tc>
        <w:tc>
          <w:tcPr>
            <w:tcW w:w="3024" w:type="dxa"/>
            <w:vAlign w:val="center"/>
          </w:tcPr>
          <w:p w14:paraId="0DC1F283" w14:textId="77777777" w:rsidR="00EA76A5" w:rsidRDefault="00EA76A5">
            <w:pPr>
              <w:spacing w:after="0"/>
            </w:pPr>
          </w:p>
        </w:tc>
        <w:tc>
          <w:tcPr>
            <w:tcW w:w="1512" w:type="dxa"/>
            <w:vAlign w:val="center"/>
          </w:tcPr>
          <w:p w14:paraId="64813F97" w14:textId="77777777" w:rsidR="00EA76A5" w:rsidRDefault="00000000">
            <w:pPr>
              <w:spacing w:after="0"/>
            </w:pPr>
            <w:r>
              <w:rPr>
                <w:b/>
              </w:rPr>
              <w:t>Date of Birth</w:t>
            </w:r>
          </w:p>
        </w:tc>
        <w:tc>
          <w:tcPr>
            <w:tcW w:w="4320" w:type="dxa"/>
            <w:vAlign w:val="center"/>
          </w:tcPr>
          <w:p w14:paraId="4D715FF1" w14:textId="77777777" w:rsidR="00EA76A5" w:rsidRDefault="00EA76A5">
            <w:pPr>
              <w:spacing w:after="0"/>
            </w:pPr>
          </w:p>
        </w:tc>
      </w:tr>
      <w:tr w:rsidR="00EA76A5" w14:paraId="49EE5343" w14:textId="77777777">
        <w:trPr>
          <w:jc w:val="center"/>
        </w:trPr>
        <w:tc>
          <w:tcPr>
            <w:tcW w:w="1224" w:type="dxa"/>
            <w:vAlign w:val="center"/>
          </w:tcPr>
          <w:p w14:paraId="2411F05B" w14:textId="77777777" w:rsidR="00EA76A5" w:rsidRDefault="00000000">
            <w:pPr>
              <w:spacing w:after="0"/>
            </w:pPr>
            <w:r>
              <w:rPr>
                <w:b/>
              </w:rPr>
              <w:t>Weight</w:t>
            </w:r>
          </w:p>
        </w:tc>
        <w:tc>
          <w:tcPr>
            <w:tcW w:w="3024" w:type="dxa"/>
            <w:vAlign w:val="center"/>
          </w:tcPr>
          <w:p w14:paraId="5F3E8628" w14:textId="77777777" w:rsidR="00EA76A5" w:rsidRDefault="00EA76A5">
            <w:pPr>
              <w:spacing w:after="0"/>
            </w:pPr>
          </w:p>
        </w:tc>
        <w:tc>
          <w:tcPr>
            <w:tcW w:w="1512" w:type="dxa"/>
            <w:vAlign w:val="center"/>
          </w:tcPr>
          <w:p w14:paraId="7CADA816" w14:textId="77777777" w:rsidR="00EA76A5" w:rsidRDefault="00000000">
            <w:pPr>
              <w:spacing w:after="0"/>
            </w:pPr>
            <w:r>
              <w:rPr>
                <w:b/>
              </w:rPr>
              <w:t>Occupation</w:t>
            </w:r>
          </w:p>
        </w:tc>
        <w:tc>
          <w:tcPr>
            <w:tcW w:w="4320" w:type="dxa"/>
            <w:vAlign w:val="center"/>
          </w:tcPr>
          <w:p w14:paraId="2D1641FD" w14:textId="77777777" w:rsidR="00EA76A5" w:rsidRDefault="00EA76A5">
            <w:pPr>
              <w:spacing w:after="0"/>
            </w:pPr>
          </w:p>
        </w:tc>
      </w:tr>
      <w:tr w:rsidR="00EA76A5" w14:paraId="7002BAD9" w14:textId="77777777">
        <w:trPr>
          <w:jc w:val="center"/>
        </w:trPr>
        <w:tc>
          <w:tcPr>
            <w:tcW w:w="4248" w:type="dxa"/>
            <w:gridSpan w:val="2"/>
            <w:vAlign w:val="center"/>
          </w:tcPr>
          <w:p w14:paraId="56FD0EB3" w14:textId="77777777" w:rsidR="00EA76A5" w:rsidRDefault="00000000">
            <w:pPr>
              <w:spacing w:after="0"/>
            </w:pPr>
            <w:r>
              <w:rPr>
                <w:b/>
              </w:rPr>
              <w:t>Home Address</w:t>
            </w:r>
            <w:r>
              <w:rPr>
                <w:b/>
              </w:rPr>
              <w:br/>
            </w:r>
            <w:r>
              <w:rPr>
                <w:b/>
              </w:rPr>
              <w:br/>
              <w:t>Postcode</w:t>
            </w:r>
          </w:p>
        </w:tc>
        <w:tc>
          <w:tcPr>
            <w:tcW w:w="5832" w:type="dxa"/>
            <w:gridSpan w:val="2"/>
            <w:vAlign w:val="center"/>
          </w:tcPr>
          <w:p w14:paraId="4529CF4E" w14:textId="77777777" w:rsidR="00EA76A5" w:rsidRDefault="00000000">
            <w:pPr>
              <w:spacing w:after="0"/>
            </w:pPr>
            <w:r>
              <w:rPr>
                <w:b/>
              </w:rPr>
              <w:t>Work address</w:t>
            </w:r>
            <w:r>
              <w:rPr>
                <w:b/>
              </w:rPr>
              <w:br/>
            </w:r>
            <w:r>
              <w:rPr>
                <w:b/>
              </w:rPr>
              <w:br/>
              <w:t>Postcode</w:t>
            </w:r>
          </w:p>
        </w:tc>
      </w:tr>
    </w:tbl>
    <w:p w14:paraId="33C71D08" w14:textId="77777777" w:rsidR="00EA76A5" w:rsidRDefault="00EA76A5">
      <w:pPr>
        <w:spacing w:before="40" w:after="40"/>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880"/>
        <w:gridCol w:w="7200"/>
      </w:tblGrid>
      <w:tr w:rsidR="00EA76A5" w14:paraId="419A310A" w14:textId="77777777">
        <w:trPr>
          <w:jc w:val="center"/>
        </w:trPr>
        <w:tc>
          <w:tcPr>
            <w:tcW w:w="2880" w:type="dxa"/>
            <w:vAlign w:val="center"/>
          </w:tcPr>
          <w:p w14:paraId="78B17BAB" w14:textId="77777777" w:rsidR="00EA76A5" w:rsidRDefault="00000000">
            <w:pPr>
              <w:spacing w:after="0"/>
            </w:pPr>
            <w:r>
              <w:rPr>
                <w:b/>
              </w:rPr>
              <w:t>Contact No's</w:t>
            </w:r>
          </w:p>
        </w:tc>
        <w:tc>
          <w:tcPr>
            <w:tcW w:w="7200" w:type="dxa"/>
            <w:vAlign w:val="center"/>
          </w:tcPr>
          <w:p w14:paraId="4BE23F10" w14:textId="77777777" w:rsidR="00EA76A5" w:rsidRDefault="00EA76A5">
            <w:pPr>
              <w:spacing w:after="0"/>
            </w:pPr>
          </w:p>
        </w:tc>
      </w:tr>
      <w:tr w:rsidR="00EA76A5" w14:paraId="662387CA" w14:textId="77777777">
        <w:trPr>
          <w:jc w:val="center"/>
        </w:trPr>
        <w:tc>
          <w:tcPr>
            <w:tcW w:w="2880" w:type="dxa"/>
            <w:vAlign w:val="center"/>
          </w:tcPr>
          <w:p w14:paraId="53581982" w14:textId="77777777" w:rsidR="00EA76A5" w:rsidRDefault="00000000">
            <w:pPr>
              <w:spacing w:after="0"/>
            </w:pPr>
            <w:r>
              <w:rPr>
                <w:b/>
              </w:rPr>
              <w:t>Email Address</w:t>
            </w:r>
          </w:p>
        </w:tc>
        <w:tc>
          <w:tcPr>
            <w:tcW w:w="7200" w:type="dxa"/>
            <w:vAlign w:val="center"/>
          </w:tcPr>
          <w:p w14:paraId="75D77800" w14:textId="77777777" w:rsidR="00EA76A5" w:rsidRDefault="00EA76A5">
            <w:pPr>
              <w:spacing w:after="0"/>
            </w:pPr>
          </w:p>
        </w:tc>
      </w:tr>
      <w:tr w:rsidR="00EA76A5" w14:paraId="345B385C" w14:textId="77777777">
        <w:trPr>
          <w:jc w:val="center"/>
        </w:trPr>
        <w:tc>
          <w:tcPr>
            <w:tcW w:w="2880" w:type="dxa"/>
            <w:vAlign w:val="center"/>
          </w:tcPr>
          <w:p w14:paraId="7C1D50E2" w14:textId="77777777" w:rsidR="00EA76A5" w:rsidRDefault="00000000">
            <w:pPr>
              <w:spacing w:after="0"/>
            </w:pPr>
            <w:r>
              <w:rPr>
                <w:b/>
              </w:rPr>
              <w:t>Doctors Details</w:t>
            </w:r>
          </w:p>
        </w:tc>
        <w:tc>
          <w:tcPr>
            <w:tcW w:w="7200" w:type="dxa"/>
            <w:vAlign w:val="center"/>
          </w:tcPr>
          <w:p w14:paraId="0BB4DBA6" w14:textId="77777777" w:rsidR="00EA76A5" w:rsidRDefault="00EA76A5">
            <w:pPr>
              <w:spacing w:after="0"/>
            </w:pPr>
          </w:p>
        </w:tc>
      </w:tr>
      <w:tr w:rsidR="00EA76A5" w14:paraId="4FD363E7" w14:textId="77777777">
        <w:trPr>
          <w:jc w:val="center"/>
        </w:trPr>
        <w:tc>
          <w:tcPr>
            <w:tcW w:w="2880" w:type="dxa"/>
            <w:vAlign w:val="center"/>
          </w:tcPr>
          <w:p w14:paraId="2A8DFF15" w14:textId="14DA236F" w:rsidR="00EA76A5" w:rsidRDefault="00000000">
            <w:pPr>
              <w:spacing w:after="0"/>
            </w:pPr>
            <w:r>
              <w:rPr>
                <w:b/>
              </w:rPr>
              <w:t>Emergency Contact</w:t>
            </w:r>
          </w:p>
        </w:tc>
        <w:tc>
          <w:tcPr>
            <w:tcW w:w="7200" w:type="dxa"/>
            <w:vAlign w:val="center"/>
          </w:tcPr>
          <w:p w14:paraId="247FA46B" w14:textId="777E157B" w:rsidR="00EA76A5" w:rsidRDefault="00000000">
            <w:pPr>
              <w:spacing w:after="0"/>
            </w:pPr>
            <w:r>
              <w:t>Name: _</w:t>
            </w:r>
            <w:r w:rsidR="002C4856">
              <w:rPr>
                <w:u w:val="single"/>
              </w:rPr>
              <w:t xml:space="preserve">                        </w:t>
            </w:r>
            <w:r>
              <w:t>___________________    Tel: _____________</w:t>
            </w:r>
            <w:r w:rsidR="002C4856">
              <w:rPr>
                <w:u w:val="single"/>
              </w:rPr>
              <w:t xml:space="preserve">             </w:t>
            </w:r>
            <w:r>
              <w:t>_______</w:t>
            </w:r>
          </w:p>
        </w:tc>
      </w:tr>
      <w:tr w:rsidR="002C4856" w14:paraId="0671FE39" w14:textId="77777777">
        <w:trPr>
          <w:jc w:val="center"/>
        </w:trPr>
        <w:tc>
          <w:tcPr>
            <w:tcW w:w="2880" w:type="dxa"/>
            <w:vAlign w:val="center"/>
          </w:tcPr>
          <w:p w14:paraId="61F31A3E" w14:textId="0F8E1B31" w:rsidR="002C4856" w:rsidRDefault="002C4856">
            <w:pPr>
              <w:spacing w:after="0"/>
              <w:rPr>
                <w:b/>
              </w:rPr>
            </w:pPr>
            <w:r>
              <w:rPr>
                <w:b/>
              </w:rPr>
              <w:t>NHS Number</w:t>
            </w:r>
            <w:r>
              <w:rPr>
                <w:b/>
              </w:rPr>
              <w:t>:</w:t>
            </w:r>
          </w:p>
        </w:tc>
        <w:tc>
          <w:tcPr>
            <w:tcW w:w="7200" w:type="dxa"/>
            <w:vAlign w:val="center"/>
          </w:tcPr>
          <w:p w14:paraId="4642A99E" w14:textId="77777777" w:rsidR="002C4856" w:rsidRDefault="002C4856">
            <w:pPr>
              <w:spacing w:after="0"/>
            </w:pPr>
          </w:p>
        </w:tc>
      </w:tr>
    </w:tbl>
    <w:p w14:paraId="7BAC763F" w14:textId="77777777" w:rsidR="00EA76A5" w:rsidRDefault="00EA76A5"/>
    <w:p w14:paraId="22414D38" w14:textId="77777777" w:rsidR="00EA76A5" w:rsidRDefault="00000000">
      <w:r>
        <w:rPr>
          <w:b/>
          <w:sz w:val="18"/>
        </w:rPr>
        <w:t>CURRENT HEALTH</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6984"/>
        <w:gridCol w:w="720"/>
        <w:gridCol w:w="720"/>
        <w:gridCol w:w="3096"/>
      </w:tblGrid>
      <w:tr w:rsidR="00EA76A5" w14:paraId="1DCE3761" w14:textId="77777777">
        <w:trPr>
          <w:jc w:val="center"/>
        </w:trPr>
        <w:tc>
          <w:tcPr>
            <w:tcW w:w="6984" w:type="dxa"/>
            <w:shd w:val="clear" w:color="auto" w:fill="E6E6E6"/>
            <w:vAlign w:val="center"/>
          </w:tcPr>
          <w:p w14:paraId="3E3C1A69" w14:textId="77777777" w:rsidR="00EA76A5" w:rsidRDefault="00000000">
            <w:pPr>
              <w:spacing w:after="0"/>
            </w:pPr>
            <w:r>
              <w:rPr>
                <w:b/>
                <w:sz w:val="16"/>
              </w:rPr>
              <w:t>Questions</w:t>
            </w:r>
          </w:p>
        </w:tc>
        <w:tc>
          <w:tcPr>
            <w:tcW w:w="720" w:type="dxa"/>
            <w:shd w:val="clear" w:color="auto" w:fill="E6E6E6"/>
            <w:vAlign w:val="center"/>
          </w:tcPr>
          <w:p w14:paraId="22CE0969" w14:textId="77777777" w:rsidR="00EA76A5" w:rsidRDefault="00000000">
            <w:pPr>
              <w:spacing w:after="0"/>
            </w:pPr>
            <w:r>
              <w:rPr>
                <w:b/>
                <w:sz w:val="16"/>
              </w:rPr>
              <w:t>Yes</w:t>
            </w:r>
          </w:p>
        </w:tc>
        <w:tc>
          <w:tcPr>
            <w:tcW w:w="720" w:type="dxa"/>
            <w:shd w:val="clear" w:color="auto" w:fill="E6E6E6"/>
            <w:vAlign w:val="center"/>
          </w:tcPr>
          <w:p w14:paraId="554BBDC3" w14:textId="77777777" w:rsidR="00EA76A5" w:rsidRDefault="00000000">
            <w:pPr>
              <w:spacing w:after="0"/>
            </w:pPr>
            <w:r>
              <w:rPr>
                <w:b/>
                <w:sz w:val="16"/>
              </w:rPr>
              <w:t>No</w:t>
            </w:r>
          </w:p>
        </w:tc>
        <w:tc>
          <w:tcPr>
            <w:tcW w:w="3096" w:type="dxa"/>
            <w:shd w:val="clear" w:color="auto" w:fill="E6E6E6"/>
            <w:vAlign w:val="center"/>
          </w:tcPr>
          <w:p w14:paraId="55BBB9A8" w14:textId="77777777" w:rsidR="00EA76A5" w:rsidRDefault="00000000">
            <w:pPr>
              <w:spacing w:after="0"/>
            </w:pPr>
            <w:r>
              <w:rPr>
                <w:b/>
                <w:sz w:val="16"/>
              </w:rPr>
              <w:t>Relevant Details / Name of Medication</w:t>
            </w:r>
          </w:p>
        </w:tc>
      </w:tr>
      <w:tr w:rsidR="00EA76A5" w14:paraId="41DB7811" w14:textId="77777777">
        <w:trPr>
          <w:jc w:val="center"/>
        </w:trPr>
        <w:tc>
          <w:tcPr>
            <w:tcW w:w="6984" w:type="dxa"/>
            <w:vAlign w:val="center"/>
          </w:tcPr>
          <w:p w14:paraId="0B2F3372" w14:textId="77777777" w:rsidR="00EA76A5" w:rsidRDefault="00000000">
            <w:pPr>
              <w:spacing w:after="0"/>
            </w:pPr>
            <w:r>
              <w:rPr>
                <w:sz w:val="15"/>
              </w:rPr>
              <w:t>1. Likely to be pregnant?</w:t>
            </w:r>
          </w:p>
        </w:tc>
        <w:tc>
          <w:tcPr>
            <w:tcW w:w="720" w:type="dxa"/>
            <w:vAlign w:val="center"/>
          </w:tcPr>
          <w:p w14:paraId="2CD56086" w14:textId="77777777" w:rsidR="00EA76A5" w:rsidRDefault="00000000">
            <w:pPr>
              <w:spacing w:after="0"/>
            </w:pPr>
            <w:r>
              <w:rPr>
                <w:sz w:val="22"/>
              </w:rPr>
              <w:t>☐</w:t>
            </w:r>
          </w:p>
        </w:tc>
        <w:tc>
          <w:tcPr>
            <w:tcW w:w="720" w:type="dxa"/>
            <w:vAlign w:val="center"/>
          </w:tcPr>
          <w:p w14:paraId="10E4D2CB" w14:textId="77777777" w:rsidR="00EA76A5" w:rsidRDefault="00000000">
            <w:pPr>
              <w:spacing w:after="0"/>
            </w:pPr>
            <w:r>
              <w:rPr>
                <w:sz w:val="22"/>
              </w:rPr>
              <w:t>☐</w:t>
            </w:r>
          </w:p>
        </w:tc>
        <w:tc>
          <w:tcPr>
            <w:tcW w:w="3096" w:type="dxa"/>
            <w:vAlign w:val="center"/>
          </w:tcPr>
          <w:p w14:paraId="35776E9E" w14:textId="77777777" w:rsidR="00EA76A5" w:rsidRDefault="00EA76A5">
            <w:pPr>
              <w:spacing w:after="0"/>
            </w:pPr>
          </w:p>
        </w:tc>
      </w:tr>
      <w:tr w:rsidR="00EA76A5" w14:paraId="1E7089CE" w14:textId="77777777">
        <w:trPr>
          <w:jc w:val="center"/>
        </w:trPr>
        <w:tc>
          <w:tcPr>
            <w:tcW w:w="6984" w:type="dxa"/>
            <w:vAlign w:val="center"/>
          </w:tcPr>
          <w:p w14:paraId="1B9A07C2" w14:textId="77777777" w:rsidR="00EA76A5" w:rsidRDefault="00000000">
            <w:pPr>
              <w:spacing w:after="0"/>
            </w:pPr>
            <w:r>
              <w:rPr>
                <w:sz w:val="15"/>
              </w:rPr>
              <w:t>2. Receiving any medical treatment?</w:t>
            </w:r>
          </w:p>
        </w:tc>
        <w:tc>
          <w:tcPr>
            <w:tcW w:w="720" w:type="dxa"/>
            <w:vAlign w:val="center"/>
          </w:tcPr>
          <w:p w14:paraId="7F28604F" w14:textId="77777777" w:rsidR="00EA76A5" w:rsidRDefault="00000000">
            <w:pPr>
              <w:spacing w:after="0"/>
            </w:pPr>
            <w:r>
              <w:rPr>
                <w:sz w:val="22"/>
              </w:rPr>
              <w:t>☐</w:t>
            </w:r>
          </w:p>
        </w:tc>
        <w:tc>
          <w:tcPr>
            <w:tcW w:w="720" w:type="dxa"/>
            <w:vAlign w:val="center"/>
          </w:tcPr>
          <w:p w14:paraId="4B03B7CD" w14:textId="77777777" w:rsidR="00EA76A5" w:rsidRDefault="00000000">
            <w:pPr>
              <w:spacing w:after="0"/>
            </w:pPr>
            <w:r>
              <w:rPr>
                <w:sz w:val="22"/>
              </w:rPr>
              <w:t>☐</w:t>
            </w:r>
          </w:p>
        </w:tc>
        <w:tc>
          <w:tcPr>
            <w:tcW w:w="3096" w:type="dxa"/>
            <w:vAlign w:val="center"/>
          </w:tcPr>
          <w:p w14:paraId="68AF0C1C" w14:textId="77777777" w:rsidR="00EA76A5" w:rsidRDefault="00EA76A5">
            <w:pPr>
              <w:spacing w:after="0"/>
            </w:pPr>
          </w:p>
        </w:tc>
      </w:tr>
      <w:tr w:rsidR="00EA76A5" w14:paraId="190052BD" w14:textId="77777777">
        <w:trPr>
          <w:jc w:val="center"/>
        </w:trPr>
        <w:tc>
          <w:tcPr>
            <w:tcW w:w="6984" w:type="dxa"/>
            <w:vAlign w:val="center"/>
          </w:tcPr>
          <w:p w14:paraId="5E63726F" w14:textId="77777777" w:rsidR="00EA76A5" w:rsidRDefault="00000000">
            <w:pPr>
              <w:spacing w:after="0"/>
            </w:pPr>
            <w:r>
              <w:rPr>
                <w:sz w:val="15"/>
              </w:rPr>
              <w:t>3. Taking any medication including tablets, creams, injections, inhalers and oral contraceptives?</w:t>
            </w:r>
          </w:p>
        </w:tc>
        <w:tc>
          <w:tcPr>
            <w:tcW w:w="720" w:type="dxa"/>
            <w:vAlign w:val="center"/>
          </w:tcPr>
          <w:p w14:paraId="2829FAEC" w14:textId="77777777" w:rsidR="00EA76A5" w:rsidRDefault="00000000">
            <w:pPr>
              <w:spacing w:after="0"/>
            </w:pPr>
            <w:r>
              <w:rPr>
                <w:sz w:val="22"/>
              </w:rPr>
              <w:t>☐</w:t>
            </w:r>
          </w:p>
        </w:tc>
        <w:tc>
          <w:tcPr>
            <w:tcW w:w="720" w:type="dxa"/>
            <w:vAlign w:val="center"/>
          </w:tcPr>
          <w:p w14:paraId="6D8BE71B" w14:textId="77777777" w:rsidR="00EA76A5" w:rsidRDefault="00000000">
            <w:pPr>
              <w:spacing w:after="0"/>
            </w:pPr>
            <w:r>
              <w:rPr>
                <w:sz w:val="22"/>
              </w:rPr>
              <w:t>☐</w:t>
            </w:r>
          </w:p>
        </w:tc>
        <w:tc>
          <w:tcPr>
            <w:tcW w:w="3096" w:type="dxa"/>
            <w:vAlign w:val="center"/>
          </w:tcPr>
          <w:p w14:paraId="2B2DD991" w14:textId="77777777" w:rsidR="00EA76A5" w:rsidRDefault="00EA76A5">
            <w:pPr>
              <w:spacing w:after="0"/>
            </w:pPr>
          </w:p>
        </w:tc>
      </w:tr>
      <w:tr w:rsidR="00EA76A5" w14:paraId="128320A7" w14:textId="77777777">
        <w:trPr>
          <w:jc w:val="center"/>
        </w:trPr>
        <w:tc>
          <w:tcPr>
            <w:tcW w:w="6984" w:type="dxa"/>
            <w:vAlign w:val="center"/>
          </w:tcPr>
          <w:p w14:paraId="3C72E5F1" w14:textId="77777777" w:rsidR="00EA76A5" w:rsidRDefault="00000000">
            <w:pPr>
              <w:spacing w:after="0"/>
            </w:pPr>
            <w:r>
              <w:rPr>
                <w:sz w:val="15"/>
              </w:rPr>
              <w:t>4. Allergic to any medicines (e.g. penicillin) or substances (e.g. latex/rubber)?</w:t>
            </w:r>
          </w:p>
        </w:tc>
        <w:tc>
          <w:tcPr>
            <w:tcW w:w="720" w:type="dxa"/>
            <w:vAlign w:val="center"/>
          </w:tcPr>
          <w:p w14:paraId="1EEC1AC1" w14:textId="77777777" w:rsidR="00EA76A5" w:rsidRDefault="00000000">
            <w:pPr>
              <w:spacing w:after="0"/>
            </w:pPr>
            <w:r>
              <w:rPr>
                <w:sz w:val="22"/>
              </w:rPr>
              <w:t>☐</w:t>
            </w:r>
          </w:p>
        </w:tc>
        <w:tc>
          <w:tcPr>
            <w:tcW w:w="720" w:type="dxa"/>
            <w:vAlign w:val="center"/>
          </w:tcPr>
          <w:p w14:paraId="62CB2D89" w14:textId="77777777" w:rsidR="00EA76A5" w:rsidRDefault="00000000">
            <w:pPr>
              <w:spacing w:after="0"/>
            </w:pPr>
            <w:r>
              <w:rPr>
                <w:sz w:val="22"/>
              </w:rPr>
              <w:t>☐</w:t>
            </w:r>
          </w:p>
        </w:tc>
        <w:tc>
          <w:tcPr>
            <w:tcW w:w="3096" w:type="dxa"/>
            <w:vAlign w:val="center"/>
          </w:tcPr>
          <w:p w14:paraId="279ECF4A" w14:textId="77777777" w:rsidR="00EA76A5" w:rsidRDefault="00EA76A5">
            <w:pPr>
              <w:spacing w:after="0"/>
            </w:pPr>
          </w:p>
        </w:tc>
      </w:tr>
    </w:tbl>
    <w:p w14:paraId="4B88672E" w14:textId="77777777" w:rsidR="00EA76A5" w:rsidRDefault="00000000">
      <w:r>
        <w:rPr>
          <w:b/>
          <w:sz w:val="18"/>
        </w:rPr>
        <w:t>MEDICAL HISTORY – Have you ever had (past or present):</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6984"/>
        <w:gridCol w:w="720"/>
        <w:gridCol w:w="720"/>
        <w:gridCol w:w="3096"/>
      </w:tblGrid>
      <w:tr w:rsidR="00EA76A5" w14:paraId="4C720EFB" w14:textId="77777777">
        <w:trPr>
          <w:jc w:val="center"/>
        </w:trPr>
        <w:tc>
          <w:tcPr>
            <w:tcW w:w="6984" w:type="dxa"/>
            <w:shd w:val="clear" w:color="auto" w:fill="E6E6E6"/>
            <w:vAlign w:val="center"/>
          </w:tcPr>
          <w:p w14:paraId="4AEB389C" w14:textId="77777777" w:rsidR="00EA76A5" w:rsidRDefault="00000000">
            <w:pPr>
              <w:spacing w:after="0"/>
            </w:pPr>
            <w:r>
              <w:rPr>
                <w:b/>
                <w:sz w:val="16"/>
              </w:rPr>
              <w:t>Questions</w:t>
            </w:r>
          </w:p>
        </w:tc>
        <w:tc>
          <w:tcPr>
            <w:tcW w:w="720" w:type="dxa"/>
            <w:shd w:val="clear" w:color="auto" w:fill="E6E6E6"/>
            <w:vAlign w:val="center"/>
          </w:tcPr>
          <w:p w14:paraId="3CE79DE7" w14:textId="77777777" w:rsidR="00EA76A5" w:rsidRDefault="00000000">
            <w:pPr>
              <w:spacing w:after="0"/>
            </w:pPr>
            <w:r>
              <w:rPr>
                <w:b/>
                <w:sz w:val="16"/>
              </w:rPr>
              <w:t>Yes</w:t>
            </w:r>
          </w:p>
        </w:tc>
        <w:tc>
          <w:tcPr>
            <w:tcW w:w="720" w:type="dxa"/>
            <w:shd w:val="clear" w:color="auto" w:fill="E6E6E6"/>
            <w:vAlign w:val="center"/>
          </w:tcPr>
          <w:p w14:paraId="1CA1699B" w14:textId="77777777" w:rsidR="00EA76A5" w:rsidRDefault="00000000">
            <w:pPr>
              <w:spacing w:after="0"/>
            </w:pPr>
            <w:r>
              <w:rPr>
                <w:b/>
                <w:sz w:val="16"/>
              </w:rPr>
              <w:t>No</w:t>
            </w:r>
          </w:p>
        </w:tc>
        <w:tc>
          <w:tcPr>
            <w:tcW w:w="3096" w:type="dxa"/>
            <w:shd w:val="clear" w:color="auto" w:fill="E6E6E6"/>
            <w:vAlign w:val="center"/>
          </w:tcPr>
          <w:p w14:paraId="775D2C1B" w14:textId="77777777" w:rsidR="00EA76A5" w:rsidRDefault="00000000">
            <w:pPr>
              <w:spacing w:after="0"/>
            </w:pPr>
            <w:r>
              <w:rPr>
                <w:b/>
                <w:sz w:val="16"/>
              </w:rPr>
              <w:t>Relevant Details / Name of Medication</w:t>
            </w:r>
          </w:p>
        </w:tc>
      </w:tr>
      <w:tr w:rsidR="00EA76A5" w14:paraId="62FFE214" w14:textId="77777777">
        <w:trPr>
          <w:jc w:val="center"/>
        </w:trPr>
        <w:tc>
          <w:tcPr>
            <w:tcW w:w="6984" w:type="dxa"/>
            <w:vAlign w:val="center"/>
          </w:tcPr>
          <w:p w14:paraId="4EB580BC" w14:textId="77777777" w:rsidR="00EA76A5" w:rsidRDefault="00000000">
            <w:pPr>
              <w:spacing w:after="0"/>
            </w:pPr>
            <w:r>
              <w:rPr>
                <w:sz w:val="15"/>
              </w:rPr>
              <w:t>1. Heart problems, angina, heart attack or stroke?</w:t>
            </w:r>
          </w:p>
        </w:tc>
        <w:tc>
          <w:tcPr>
            <w:tcW w:w="720" w:type="dxa"/>
            <w:vAlign w:val="center"/>
          </w:tcPr>
          <w:p w14:paraId="24188610" w14:textId="77777777" w:rsidR="00EA76A5" w:rsidRDefault="00000000">
            <w:pPr>
              <w:spacing w:after="0"/>
            </w:pPr>
            <w:r>
              <w:rPr>
                <w:sz w:val="22"/>
              </w:rPr>
              <w:t>☐</w:t>
            </w:r>
          </w:p>
        </w:tc>
        <w:tc>
          <w:tcPr>
            <w:tcW w:w="720" w:type="dxa"/>
            <w:vAlign w:val="center"/>
          </w:tcPr>
          <w:p w14:paraId="5BDBDE84" w14:textId="77777777" w:rsidR="00EA76A5" w:rsidRDefault="00000000">
            <w:pPr>
              <w:spacing w:after="0"/>
            </w:pPr>
            <w:r>
              <w:rPr>
                <w:sz w:val="22"/>
              </w:rPr>
              <w:t>☐</w:t>
            </w:r>
          </w:p>
        </w:tc>
        <w:tc>
          <w:tcPr>
            <w:tcW w:w="3096" w:type="dxa"/>
            <w:vAlign w:val="center"/>
          </w:tcPr>
          <w:p w14:paraId="1CF44B77" w14:textId="77777777" w:rsidR="00EA76A5" w:rsidRDefault="00EA76A5">
            <w:pPr>
              <w:spacing w:after="0"/>
            </w:pPr>
          </w:p>
        </w:tc>
      </w:tr>
      <w:tr w:rsidR="00EA76A5" w14:paraId="1972C2A4" w14:textId="77777777">
        <w:trPr>
          <w:jc w:val="center"/>
        </w:trPr>
        <w:tc>
          <w:tcPr>
            <w:tcW w:w="6984" w:type="dxa"/>
            <w:vAlign w:val="center"/>
          </w:tcPr>
          <w:p w14:paraId="0D910EE8" w14:textId="77777777" w:rsidR="00EA76A5" w:rsidRDefault="00000000">
            <w:pPr>
              <w:spacing w:after="0"/>
            </w:pPr>
            <w:r>
              <w:rPr>
                <w:sz w:val="15"/>
              </w:rPr>
              <w:t>2. High or low blood pressure?</w:t>
            </w:r>
          </w:p>
        </w:tc>
        <w:tc>
          <w:tcPr>
            <w:tcW w:w="720" w:type="dxa"/>
            <w:vAlign w:val="center"/>
          </w:tcPr>
          <w:p w14:paraId="10F59481" w14:textId="77777777" w:rsidR="00EA76A5" w:rsidRDefault="00000000">
            <w:pPr>
              <w:spacing w:after="0"/>
            </w:pPr>
            <w:r>
              <w:rPr>
                <w:sz w:val="22"/>
              </w:rPr>
              <w:t>☐</w:t>
            </w:r>
          </w:p>
        </w:tc>
        <w:tc>
          <w:tcPr>
            <w:tcW w:w="720" w:type="dxa"/>
            <w:vAlign w:val="center"/>
          </w:tcPr>
          <w:p w14:paraId="384ED183" w14:textId="77777777" w:rsidR="00EA76A5" w:rsidRDefault="00000000">
            <w:pPr>
              <w:spacing w:after="0"/>
            </w:pPr>
            <w:r>
              <w:rPr>
                <w:sz w:val="22"/>
              </w:rPr>
              <w:t>☐</w:t>
            </w:r>
          </w:p>
        </w:tc>
        <w:tc>
          <w:tcPr>
            <w:tcW w:w="3096" w:type="dxa"/>
            <w:vAlign w:val="center"/>
          </w:tcPr>
          <w:p w14:paraId="42C84E5B" w14:textId="77777777" w:rsidR="00EA76A5" w:rsidRDefault="00EA76A5">
            <w:pPr>
              <w:spacing w:after="0"/>
            </w:pPr>
          </w:p>
        </w:tc>
      </w:tr>
      <w:tr w:rsidR="00EA76A5" w14:paraId="1F32451C" w14:textId="77777777">
        <w:trPr>
          <w:jc w:val="center"/>
        </w:trPr>
        <w:tc>
          <w:tcPr>
            <w:tcW w:w="6984" w:type="dxa"/>
            <w:vAlign w:val="center"/>
          </w:tcPr>
          <w:p w14:paraId="62A1CF4A" w14:textId="77777777" w:rsidR="00EA76A5" w:rsidRDefault="00000000">
            <w:pPr>
              <w:spacing w:after="0"/>
            </w:pPr>
            <w:r>
              <w:rPr>
                <w:sz w:val="15"/>
              </w:rPr>
              <w:t>3. Rheumatic fever?</w:t>
            </w:r>
          </w:p>
        </w:tc>
        <w:tc>
          <w:tcPr>
            <w:tcW w:w="720" w:type="dxa"/>
            <w:vAlign w:val="center"/>
          </w:tcPr>
          <w:p w14:paraId="749A2F2F" w14:textId="77777777" w:rsidR="00EA76A5" w:rsidRDefault="00000000">
            <w:pPr>
              <w:spacing w:after="0"/>
            </w:pPr>
            <w:r>
              <w:rPr>
                <w:sz w:val="22"/>
              </w:rPr>
              <w:t>☐</w:t>
            </w:r>
          </w:p>
        </w:tc>
        <w:tc>
          <w:tcPr>
            <w:tcW w:w="720" w:type="dxa"/>
            <w:vAlign w:val="center"/>
          </w:tcPr>
          <w:p w14:paraId="5A110E17" w14:textId="77777777" w:rsidR="00EA76A5" w:rsidRDefault="00000000">
            <w:pPr>
              <w:spacing w:after="0"/>
            </w:pPr>
            <w:r>
              <w:rPr>
                <w:sz w:val="22"/>
              </w:rPr>
              <w:t>☐</w:t>
            </w:r>
          </w:p>
        </w:tc>
        <w:tc>
          <w:tcPr>
            <w:tcW w:w="3096" w:type="dxa"/>
            <w:vAlign w:val="center"/>
          </w:tcPr>
          <w:p w14:paraId="5B567779" w14:textId="77777777" w:rsidR="00EA76A5" w:rsidRDefault="00EA76A5">
            <w:pPr>
              <w:spacing w:after="0"/>
            </w:pPr>
          </w:p>
        </w:tc>
      </w:tr>
      <w:tr w:rsidR="00EA76A5" w14:paraId="2E0A6AFF" w14:textId="77777777">
        <w:trPr>
          <w:jc w:val="center"/>
        </w:trPr>
        <w:tc>
          <w:tcPr>
            <w:tcW w:w="6984" w:type="dxa"/>
            <w:vAlign w:val="center"/>
          </w:tcPr>
          <w:p w14:paraId="66920914" w14:textId="77777777" w:rsidR="00EA76A5" w:rsidRDefault="00000000">
            <w:pPr>
              <w:spacing w:after="0"/>
            </w:pPr>
            <w:r>
              <w:rPr>
                <w:sz w:val="15"/>
              </w:rPr>
              <w:t>4. Heart valve replacement?</w:t>
            </w:r>
          </w:p>
        </w:tc>
        <w:tc>
          <w:tcPr>
            <w:tcW w:w="720" w:type="dxa"/>
            <w:vAlign w:val="center"/>
          </w:tcPr>
          <w:p w14:paraId="0B73302A" w14:textId="77777777" w:rsidR="00EA76A5" w:rsidRDefault="00000000">
            <w:pPr>
              <w:spacing w:after="0"/>
            </w:pPr>
            <w:r>
              <w:rPr>
                <w:sz w:val="22"/>
              </w:rPr>
              <w:t>☐</w:t>
            </w:r>
          </w:p>
        </w:tc>
        <w:tc>
          <w:tcPr>
            <w:tcW w:w="720" w:type="dxa"/>
            <w:vAlign w:val="center"/>
          </w:tcPr>
          <w:p w14:paraId="5D0B8450" w14:textId="77777777" w:rsidR="00EA76A5" w:rsidRDefault="00000000">
            <w:pPr>
              <w:spacing w:after="0"/>
            </w:pPr>
            <w:r>
              <w:rPr>
                <w:sz w:val="22"/>
              </w:rPr>
              <w:t>☐</w:t>
            </w:r>
          </w:p>
        </w:tc>
        <w:tc>
          <w:tcPr>
            <w:tcW w:w="3096" w:type="dxa"/>
            <w:vAlign w:val="center"/>
          </w:tcPr>
          <w:p w14:paraId="1DDFCEBA" w14:textId="77777777" w:rsidR="00EA76A5" w:rsidRDefault="00EA76A5">
            <w:pPr>
              <w:spacing w:after="0"/>
            </w:pPr>
          </w:p>
        </w:tc>
      </w:tr>
      <w:tr w:rsidR="00EA76A5" w14:paraId="6EB4906C" w14:textId="77777777">
        <w:trPr>
          <w:jc w:val="center"/>
        </w:trPr>
        <w:tc>
          <w:tcPr>
            <w:tcW w:w="6984" w:type="dxa"/>
            <w:vAlign w:val="center"/>
          </w:tcPr>
          <w:p w14:paraId="60B77FAB" w14:textId="77777777" w:rsidR="00EA76A5" w:rsidRDefault="00000000">
            <w:pPr>
              <w:spacing w:after="0"/>
            </w:pPr>
            <w:r>
              <w:rPr>
                <w:sz w:val="15"/>
              </w:rPr>
              <w:t>5. Hepatitis, jaundice or other liver problems?</w:t>
            </w:r>
          </w:p>
        </w:tc>
        <w:tc>
          <w:tcPr>
            <w:tcW w:w="720" w:type="dxa"/>
            <w:vAlign w:val="center"/>
          </w:tcPr>
          <w:p w14:paraId="7AA9A473" w14:textId="77777777" w:rsidR="00EA76A5" w:rsidRDefault="00000000">
            <w:pPr>
              <w:spacing w:after="0"/>
            </w:pPr>
            <w:r>
              <w:rPr>
                <w:sz w:val="22"/>
              </w:rPr>
              <w:t>☐</w:t>
            </w:r>
          </w:p>
        </w:tc>
        <w:tc>
          <w:tcPr>
            <w:tcW w:w="720" w:type="dxa"/>
            <w:vAlign w:val="center"/>
          </w:tcPr>
          <w:p w14:paraId="5916CE1B" w14:textId="77777777" w:rsidR="00EA76A5" w:rsidRDefault="00000000">
            <w:pPr>
              <w:spacing w:after="0"/>
            </w:pPr>
            <w:r>
              <w:rPr>
                <w:sz w:val="22"/>
              </w:rPr>
              <w:t>☐</w:t>
            </w:r>
          </w:p>
        </w:tc>
        <w:tc>
          <w:tcPr>
            <w:tcW w:w="3096" w:type="dxa"/>
            <w:vAlign w:val="center"/>
          </w:tcPr>
          <w:p w14:paraId="5AEDC53D" w14:textId="77777777" w:rsidR="00EA76A5" w:rsidRDefault="00EA76A5">
            <w:pPr>
              <w:spacing w:after="0"/>
            </w:pPr>
          </w:p>
        </w:tc>
      </w:tr>
      <w:tr w:rsidR="00EA76A5" w14:paraId="086B9F6F" w14:textId="77777777">
        <w:trPr>
          <w:jc w:val="center"/>
        </w:trPr>
        <w:tc>
          <w:tcPr>
            <w:tcW w:w="6984" w:type="dxa"/>
            <w:vAlign w:val="center"/>
          </w:tcPr>
          <w:p w14:paraId="20156238" w14:textId="77777777" w:rsidR="00EA76A5" w:rsidRDefault="00000000">
            <w:pPr>
              <w:spacing w:after="0"/>
            </w:pPr>
            <w:r>
              <w:rPr>
                <w:sz w:val="15"/>
              </w:rPr>
              <w:t>6. Kidney problems?</w:t>
            </w:r>
          </w:p>
        </w:tc>
        <w:tc>
          <w:tcPr>
            <w:tcW w:w="720" w:type="dxa"/>
            <w:vAlign w:val="center"/>
          </w:tcPr>
          <w:p w14:paraId="6F65AFDE" w14:textId="77777777" w:rsidR="00EA76A5" w:rsidRDefault="00000000">
            <w:pPr>
              <w:spacing w:after="0"/>
            </w:pPr>
            <w:r>
              <w:rPr>
                <w:sz w:val="22"/>
              </w:rPr>
              <w:t>☐</w:t>
            </w:r>
          </w:p>
        </w:tc>
        <w:tc>
          <w:tcPr>
            <w:tcW w:w="720" w:type="dxa"/>
            <w:vAlign w:val="center"/>
          </w:tcPr>
          <w:p w14:paraId="2B18DA53" w14:textId="77777777" w:rsidR="00EA76A5" w:rsidRDefault="00000000">
            <w:pPr>
              <w:spacing w:after="0"/>
            </w:pPr>
            <w:r>
              <w:rPr>
                <w:sz w:val="22"/>
              </w:rPr>
              <w:t>☐</w:t>
            </w:r>
          </w:p>
        </w:tc>
        <w:tc>
          <w:tcPr>
            <w:tcW w:w="3096" w:type="dxa"/>
            <w:vAlign w:val="center"/>
          </w:tcPr>
          <w:p w14:paraId="737C7399" w14:textId="77777777" w:rsidR="00EA76A5" w:rsidRDefault="00EA76A5">
            <w:pPr>
              <w:spacing w:after="0"/>
            </w:pPr>
          </w:p>
        </w:tc>
      </w:tr>
      <w:tr w:rsidR="00EA76A5" w14:paraId="1EDD2CF5" w14:textId="77777777">
        <w:trPr>
          <w:jc w:val="center"/>
        </w:trPr>
        <w:tc>
          <w:tcPr>
            <w:tcW w:w="6984" w:type="dxa"/>
            <w:vAlign w:val="center"/>
          </w:tcPr>
          <w:p w14:paraId="23D019B3" w14:textId="77777777" w:rsidR="00EA76A5" w:rsidRDefault="00000000">
            <w:pPr>
              <w:spacing w:after="0"/>
            </w:pPr>
            <w:r>
              <w:rPr>
                <w:sz w:val="15"/>
              </w:rPr>
              <w:t>7. Chest problems e.g. asthma, emphysema, bronchitis?</w:t>
            </w:r>
          </w:p>
        </w:tc>
        <w:tc>
          <w:tcPr>
            <w:tcW w:w="720" w:type="dxa"/>
            <w:vAlign w:val="center"/>
          </w:tcPr>
          <w:p w14:paraId="0176C099" w14:textId="77777777" w:rsidR="00EA76A5" w:rsidRDefault="00000000">
            <w:pPr>
              <w:spacing w:after="0"/>
            </w:pPr>
            <w:r>
              <w:rPr>
                <w:sz w:val="22"/>
              </w:rPr>
              <w:t>☐</w:t>
            </w:r>
          </w:p>
        </w:tc>
        <w:tc>
          <w:tcPr>
            <w:tcW w:w="720" w:type="dxa"/>
            <w:vAlign w:val="center"/>
          </w:tcPr>
          <w:p w14:paraId="43C75585" w14:textId="77777777" w:rsidR="00EA76A5" w:rsidRDefault="00000000">
            <w:pPr>
              <w:spacing w:after="0"/>
            </w:pPr>
            <w:r>
              <w:rPr>
                <w:sz w:val="22"/>
              </w:rPr>
              <w:t>☐</w:t>
            </w:r>
          </w:p>
        </w:tc>
        <w:tc>
          <w:tcPr>
            <w:tcW w:w="3096" w:type="dxa"/>
            <w:vAlign w:val="center"/>
          </w:tcPr>
          <w:p w14:paraId="5128A20A" w14:textId="77777777" w:rsidR="00EA76A5" w:rsidRDefault="00EA76A5">
            <w:pPr>
              <w:spacing w:after="0"/>
            </w:pPr>
          </w:p>
        </w:tc>
      </w:tr>
      <w:tr w:rsidR="00EA76A5" w14:paraId="7C6EBB29" w14:textId="77777777">
        <w:trPr>
          <w:jc w:val="center"/>
        </w:trPr>
        <w:tc>
          <w:tcPr>
            <w:tcW w:w="6984" w:type="dxa"/>
            <w:vAlign w:val="center"/>
          </w:tcPr>
          <w:p w14:paraId="261265E2" w14:textId="77777777" w:rsidR="00EA76A5" w:rsidRDefault="00000000">
            <w:pPr>
              <w:spacing w:after="0"/>
            </w:pPr>
            <w:r>
              <w:rPr>
                <w:sz w:val="15"/>
              </w:rPr>
              <w:t>8. Blood related diseases or been refused by the blood transfusion service?</w:t>
            </w:r>
          </w:p>
        </w:tc>
        <w:tc>
          <w:tcPr>
            <w:tcW w:w="720" w:type="dxa"/>
            <w:vAlign w:val="center"/>
          </w:tcPr>
          <w:p w14:paraId="2ADB4F64" w14:textId="77777777" w:rsidR="00EA76A5" w:rsidRDefault="00000000">
            <w:pPr>
              <w:spacing w:after="0"/>
            </w:pPr>
            <w:r>
              <w:rPr>
                <w:sz w:val="22"/>
              </w:rPr>
              <w:t>☐</w:t>
            </w:r>
          </w:p>
        </w:tc>
        <w:tc>
          <w:tcPr>
            <w:tcW w:w="720" w:type="dxa"/>
            <w:vAlign w:val="center"/>
          </w:tcPr>
          <w:p w14:paraId="3A818353" w14:textId="77777777" w:rsidR="00EA76A5" w:rsidRDefault="00000000">
            <w:pPr>
              <w:spacing w:after="0"/>
            </w:pPr>
            <w:r>
              <w:rPr>
                <w:sz w:val="22"/>
              </w:rPr>
              <w:t>☐</w:t>
            </w:r>
          </w:p>
        </w:tc>
        <w:tc>
          <w:tcPr>
            <w:tcW w:w="3096" w:type="dxa"/>
            <w:vAlign w:val="center"/>
          </w:tcPr>
          <w:p w14:paraId="1597D262" w14:textId="77777777" w:rsidR="00EA76A5" w:rsidRDefault="00EA76A5">
            <w:pPr>
              <w:spacing w:after="0"/>
            </w:pPr>
          </w:p>
        </w:tc>
      </w:tr>
      <w:tr w:rsidR="00EA76A5" w14:paraId="4036A356" w14:textId="77777777">
        <w:trPr>
          <w:jc w:val="center"/>
        </w:trPr>
        <w:tc>
          <w:tcPr>
            <w:tcW w:w="6984" w:type="dxa"/>
            <w:vAlign w:val="center"/>
          </w:tcPr>
          <w:p w14:paraId="3F0F11A0" w14:textId="77777777" w:rsidR="00EA76A5" w:rsidRDefault="00000000">
            <w:pPr>
              <w:spacing w:after="0"/>
            </w:pPr>
            <w:r>
              <w:rPr>
                <w:sz w:val="15"/>
              </w:rPr>
              <w:t>9. Bad reaction to local or general anaesthetic?</w:t>
            </w:r>
          </w:p>
        </w:tc>
        <w:tc>
          <w:tcPr>
            <w:tcW w:w="720" w:type="dxa"/>
            <w:vAlign w:val="center"/>
          </w:tcPr>
          <w:p w14:paraId="4023F92C" w14:textId="77777777" w:rsidR="00EA76A5" w:rsidRDefault="00000000">
            <w:pPr>
              <w:spacing w:after="0"/>
            </w:pPr>
            <w:r>
              <w:rPr>
                <w:sz w:val="22"/>
              </w:rPr>
              <w:t>☐</w:t>
            </w:r>
          </w:p>
        </w:tc>
        <w:tc>
          <w:tcPr>
            <w:tcW w:w="720" w:type="dxa"/>
            <w:vAlign w:val="center"/>
          </w:tcPr>
          <w:p w14:paraId="3F1AE2DA" w14:textId="77777777" w:rsidR="00EA76A5" w:rsidRDefault="00000000">
            <w:pPr>
              <w:spacing w:after="0"/>
            </w:pPr>
            <w:r>
              <w:rPr>
                <w:sz w:val="22"/>
              </w:rPr>
              <w:t>☐</w:t>
            </w:r>
          </w:p>
        </w:tc>
        <w:tc>
          <w:tcPr>
            <w:tcW w:w="3096" w:type="dxa"/>
            <w:vAlign w:val="center"/>
          </w:tcPr>
          <w:p w14:paraId="057DA52F" w14:textId="77777777" w:rsidR="00EA76A5" w:rsidRDefault="00EA76A5">
            <w:pPr>
              <w:spacing w:after="0"/>
            </w:pPr>
          </w:p>
        </w:tc>
      </w:tr>
      <w:tr w:rsidR="00EA76A5" w14:paraId="7EA16CC9" w14:textId="77777777">
        <w:trPr>
          <w:jc w:val="center"/>
        </w:trPr>
        <w:tc>
          <w:tcPr>
            <w:tcW w:w="6984" w:type="dxa"/>
            <w:vAlign w:val="center"/>
          </w:tcPr>
          <w:p w14:paraId="0B24FAFA" w14:textId="77777777" w:rsidR="00EA76A5" w:rsidRDefault="00000000">
            <w:pPr>
              <w:spacing w:after="0"/>
            </w:pPr>
            <w:r>
              <w:rPr>
                <w:sz w:val="15"/>
              </w:rPr>
              <w:t>10. A joint replacement or other implant?</w:t>
            </w:r>
          </w:p>
        </w:tc>
        <w:tc>
          <w:tcPr>
            <w:tcW w:w="720" w:type="dxa"/>
            <w:vAlign w:val="center"/>
          </w:tcPr>
          <w:p w14:paraId="24BD0F68" w14:textId="77777777" w:rsidR="00EA76A5" w:rsidRDefault="00000000">
            <w:pPr>
              <w:spacing w:after="0"/>
            </w:pPr>
            <w:r>
              <w:rPr>
                <w:sz w:val="22"/>
              </w:rPr>
              <w:t>☐</w:t>
            </w:r>
          </w:p>
        </w:tc>
        <w:tc>
          <w:tcPr>
            <w:tcW w:w="720" w:type="dxa"/>
            <w:vAlign w:val="center"/>
          </w:tcPr>
          <w:p w14:paraId="0404C04F" w14:textId="77777777" w:rsidR="00EA76A5" w:rsidRDefault="00000000">
            <w:pPr>
              <w:spacing w:after="0"/>
            </w:pPr>
            <w:r>
              <w:rPr>
                <w:sz w:val="22"/>
              </w:rPr>
              <w:t>☐</w:t>
            </w:r>
          </w:p>
        </w:tc>
        <w:tc>
          <w:tcPr>
            <w:tcW w:w="3096" w:type="dxa"/>
            <w:vAlign w:val="center"/>
          </w:tcPr>
          <w:p w14:paraId="45523AAA" w14:textId="77777777" w:rsidR="00EA76A5" w:rsidRDefault="00EA76A5">
            <w:pPr>
              <w:spacing w:after="0"/>
            </w:pPr>
          </w:p>
        </w:tc>
      </w:tr>
      <w:tr w:rsidR="00EA76A5" w14:paraId="33531713" w14:textId="77777777">
        <w:trPr>
          <w:jc w:val="center"/>
        </w:trPr>
        <w:tc>
          <w:tcPr>
            <w:tcW w:w="6984" w:type="dxa"/>
            <w:vAlign w:val="center"/>
          </w:tcPr>
          <w:p w14:paraId="11D763D7" w14:textId="77777777" w:rsidR="00EA76A5" w:rsidRDefault="00000000">
            <w:pPr>
              <w:spacing w:after="0"/>
            </w:pPr>
            <w:r>
              <w:rPr>
                <w:sz w:val="15"/>
              </w:rPr>
              <w:t>11. Growth hormone treatment before the mid 80's?</w:t>
            </w:r>
          </w:p>
        </w:tc>
        <w:tc>
          <w:tcPr>
            <w:tcW w:w="720" w:type="dxa"/>
            <w:vAlign w:val="center"/>
          </w:tcPr>
          <w:p w14:paraId="0F1DFCA9" w14:textId="77777777" w:rsidR="00EA76A5" w:rsidRDefault="00000000">
            <w:pPr>
              <w:spacing w:after="0"/>
            </w:pPr>
            <w:r>
              <w:rPr>
                <w:sz w:val="22"/>
              </w:rPr>
              <w:t>☐</w:t>
            </w:r>
          </w:p>
        </w:tc>
        <w:tc>
          <w:tcPr>
            <w:tcW w:w="720" w:type="dxa"/>
            <w:vAlign w:val="center"/>
          </w:tcPr>
          <w:p w14:paraId="0C7292CC" w14:textId="77777777" w:rsidR="00EA76A5" w:rsidRDefault="00000000">
            <w:pPr>
              <w:spacing w:after="0"/>
            </w:pPr>
            <w:r>
              <w:rPr>
                <w:sz w:val="22"/>
              </w:rPr>
              <w:t>☐</w:t>
            </w:r>
          </w:p>
        </w:tc>
        <w:tc>
          <w:tcPr>
            <w:tcW w:w="3096" w:type="dxa"/>
            <w:vAlign w:val="center"/>
          </w:tcPr>
          <w:p w14:paraId="227666D1" w14:textId="77777777" w:rsidR="00EA76A5" w:rsidRDefault="00EA76A5">
            <w:pPr>
              <w:spacing w:after="0"/>
            </w:pPr>
          </w:p>
        </w:tc>
      </w:tr>
    </w:tbl>
    <w:p w14:paraId="15A901C1" w14:textId="77777777" w:rsidR="00EA76A5" w:rsidRDefault="00000000">
      <w:r>
        <w:rPr>
          <w:b/>
          <w:sz w:val="18"/>
        </w:rPr>
        <w:t>DO YOU:</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6984"/>
        <w:gridCol w:w="720"/>
        <w:gridCol w:w="720"/>
        <w:gridCol w:w="3096"/>
      </w:tblGrid>
      <w:tr w:rsidR="00EA76A5" w14:paraId="662F64DF" w14:textId="77777777">
        <w:trPr>
          <w:jc w:val="center"/>
        </w:trPr>
        <w:tc>
          <w:tcPr>
            <w:tcW w:w="6984" w:type="dxa"/>
            <w:shd w:val="clear" w:color="auto" w:fill="E6E6E6"/>
            <w:vAlign w:val="center"/>
          </w:tcPr>
          <w:p w14:paraId="0FB51864" w14:textId="77777777" w:rsidR="00EA76A5" w:rsidRDefault="00000000">
            <w:pPr>
              <w:spacing w:after="0"/>
            </w:pPr>
            <w:r>
              <w:rPr>
                <w:b/>
                <w:sz w:val="16"/>
              </w:rPr>
              <w:t>Questions</w:t>
            </w:r>
          </w:p>
        </w:tc>
        <w:tc>
          <w:tcPr>
            <w:tcW w:w="720" w:type="dxa"/>
            <w:shd w:val="clear" w:color="auto" w:fill="E6E6E6"/>
            <w:vAlign w:val="center"/>
          </w:tcPr>
          <w:p w14:paraId="31756E8C" w14:textId="77777777" w:rsidR="00EA76A5" w:rsidRDefault="00000000">
            <w:pPr>
              <w:spacing w:after="0"/>
            </w:pPr>
            <w:r>
              <w:rPr>
                <w:b/>
                <w:sz w:val="16"/>
              </w:rPr>
              <w:t>Yes</w:t>
            </w:r>
          </w:p>
        </w:tc>
        <w:tc>
          <w:tcPr>
            <w:tcW w:w="720" w:type="dxa"/>
            <w:shd w:val="clear" w:color="auto" w:fill="E6E6E6"/>
            <w:vAlign w:val="center"/>
          </w:tcPr>
          <w:p w14:paraId="011ECFDF" w14:textId="77777777" w:rsidR="00EA76A5" w:rsidRDefault="00000000">
            <w:pPr>
              <w:spacing w:after="0"/>
            </w:pPr>
            <w:r>
              <w:rPr>
                <w:b/>
                <w:sz w:val="16"/>
              </w:rPr>
              <w:t>No</w:t>
            </w:r>
          </w:p>
        </w:tc>
        <w:tc>
          <w:tcPr>
            <w:tcW w:w="3096" w:type="dxa"/>
            <w:shd w:val="clear" w:color="auto" w:fill="E6E6E6"/>
            <w:vAlign w:val="center"/>
          </w:tcPr>
          <w:p w14:paraId="16195DC7" w14:textId="77777777" w:rsidR="00EA76A5" w:rsidRDefault="00000000">
            <w:pPr>
              <w:spacing w:after="0"/>
            </w:pPr>
            <w:r>
              <w:rPr>
                <w:b/>
                <w:sz w:val="16"/>
              </w:rPr>
              <w:t>Relevant Details / Name of Medication</w:t>
            </w:r>
          </w:p>
        </w:tc>
      </w:tr>
      <w:tr w:rsidR="00EA76A5" w14:paraId="6CD4F206" w14:textId="77777777">
        <w:trPr>
          <w:jc w:val="center"/>
        </w:trPr>
        <w:tc>
          <w:tcPr>
            <w:tcW w:w="6984" w:type="dxa"/>
            <w:vAlign w:val="center"/>
          </w:tcPr>
          <w:p w14:paraId="433DB297" w14:textId="77777777" w:rsidR="00EA76A5" w:rsidRDefault="00000000">
            <w:pPr>
              <w:spacing w:after="0"/>
            </w:pPr>
            <w:r>
              <w:rPr>
                <w:sz w:val="15"/>
              </w:rPr>
              <w:t>1. Carry any warning cards?</w:t>
            </w:r>
          </w:p>
        </w:tc>
        <w:tc>
          <w:tcPr>
            <w:tcW w:w="720" w:type="dxa"/>
            <w:vAlign w:val="center"/>
          </w:tcPr>
          <w:p w14:paraId="30F9187C" w14:textId="77777777" w:rsidR="00EA76A5" w:rsidRDefault="00000000">
            <w:pPr>
              <w:spacing w:after="0"/>
            </w:pPr>
            <w:r>
              <w:rPr>
                <w:sz w:val="22"/>
              </w:rPr>
              <w:t>☐</w:t>
            </w:r>
          </w:p>
        </w:tc>
        <w:tc>
          <w:tcPr>
            <w:tcW w:w="720" w:type="dxa"/>
            <w:vAlign w:val="center"/>
          </w:tcPr>
          <w:p w14:paraId="5F2D076A" w14:textId="77777777" w:rsidR="00EA76A5" w:rsidRDefault="00000000">
            <w:pPr>
              <w:spacing w:after="0"/>
            </w:pPr>
            <w:r>
              <w:rPr>
                <w:sz w:val="22"/>
              </w:rPr>
              <w:t>☐</w:t>
            </w:r>
          </w:p>
        </w:tc>
        <w:tc>
          <w:tcPr>
            <w:tcW w:w="3096" w:type="dxa"/>
            <w:vAlign w:val="center"/>
          </w:tcPr>
          <w:p w14:paraId="5D825A74" w14:textId="77777777" w:rsidR="00EA76A5" w:rsidRDefault="00EA76A5">
            <w:pPr>
              <w:spacing w:after="0"/>
            </w:pPr>
          </w:p>
        </w:tc>
      </w:tr>
      <w:tr w:rsidR="00EA76A5" w14:paraId="3E6CB766" w14:textId="77777777">
        <w:trPr>
          <w:jc w:val="center"/>
        </w:trPr>
        <w:tc>
          <w:tcPr>
            <w:tcW w:w="6984" w:type="dxa"/>
            <w:vAlign w:val="center"/>
          </w:tcPr>
          <w:p w14:paraId="4055C0DF" w14:textId="77777777" w:rsidR="00EA76A5" w:rsidRDefault="00000000">
            <w:pPr>
              <w:spacing w:after="0"/>
            </w:pPr>
            <w:r>
              <w:rPr>
                <w:sz w:val="15"/>
              </w:rPr>
              <w:t>2. Have arthritis?</w:t>
            </w:r>
          </w:p>
        </w:tc>
        <w:tc>
          <w:tcPr>
            <w:tcW w:w="720" w:type="dxa"/>
            <w:vAlign w:val="center"/>
          </w:tcPr>
          <w:p w14:paraId="34D50C0B" w14:textId="77777777" w:rsidR="00EA76A5" w:rsidRDefault="00000000">
            <w:pPr>
              <w:spacing w:after="0"/>
            </w:pPr>
            <w:r>
              <w:rPr>
                <w:sz w:val="22"/>
              </w:rPr>
              <w:t>☐</w:t>
            </w:r>
          </w:p>
        </w:tc>
        <w:tc>
          <w:tcPr>
            <w:tcW w:w="720" w:type="dxa"/>
            <w:vAlign w:val="center"/>
          </w:tcPr>
          <w:p w14:paraId="6C3BE473" w14:textId="77777777" w:rsidR="00EA76A5" w:rsidRDefault="00000000">
            <w:pPr>
              <w:spacing w:after="0"/>
            </w:pPr>
            <w:r>
              <w:rPr>
                <w:sz w:val="22"/>
              </w:rPr>
              <w:t>☐</w:t>
            </w:r>
          </w:p>
        </w:tc>
        <w:tc>
          <w:tcPr>
            <w:tcW w:w="3096" w:type="dxa"/>
            <w:vAlign w:val="center"/>
          </w:tcPr>
          <w:p w14:paraId="50B8038A" w14:textId="77777777" w:rsidR="00EA76A5" w:rsidRDefault="00EA76A5">
            <w:pPr>
              <w:spacing w:after="0"/>
            </w:pPr>
          </w:p>
        </w:tc>
      </w:tr>
      <w:tr w:rsidR="00EA76A5" w14:paraId="536A7AC9" w14:textId="77777777">
        <w:trPr>
          <w:jc w:val="center"/>
        </w:trPr>
        <w:tc>
          <w:tcPr>
            <w:tcW w:w="6984" w:type="dxa"/>
            <w:vAlign w:val="center"/>
          </w:tcPr>
          <w:p w14:paraId="6BC49DF7" w14:textId="77777777" w:rsidR="00EA76A5" w:rsidRDefault="00000000">
            <w:pPr>
              <w:spacing w:after="0"/>
            </w:pPr>
            <w:r>
              <w:rPr>
                <w:sz w:val="15"/>
              </w:rPr>
              <w:t>3. Have a pacemaker?</w:t>
            </w:r>
          </w:p>
        </w:tc>
        <w:tc>
          <w:tcPr>
            <w:tcW w:w="720" w:type="dxa"/>
            <w:vAlign w:val="center"/>
          </w:tcPr>
          <w:p w14:paraId="70ED0BBB" w14:textId="77777777" w:rsidR="00EA76A5" w:rsidRDefault="00000000">
            <w:pPr>
              <w:spacing w:after="0"/>
            </w:pPr>
            <w:r>
              <w:rPr>
                <w:sz w:val="22"/>
              </w:rPr>
              <w:t>☐</w:t>
            </w:r>
          </w:p>
        </w:tc>
        <w:tc>
          <w:tcPr>
            <w:tcW w:w="720" w:type="dxa"/>
            <w:vAlign w:val="center"/>
          </w:tcPr>
          <w:p w14:paraId="50E800A4" w14:textId="77777777" w:rsidR="00EA76A5" w:rsidRDefault="00000000">
            <w:pPr>
              <w:spacing w:after="0"/>
            </w:pPr>
            <w:r>
              <w:rPr>
                <w:sz w:val="22"/>
              </w:rPr>
              <w:t>☐</w:t>
            </w:r>
          </w:p>
        </w:tc>
        <w:tc>
          <w:tcPr>
            <w:tcW w:w="3096" w:type="dxa"/>
            <w:vAlign w:val="center"/>
          </w:tcPr>
          <w:p w14:paraId="6F6D6938" w14:textId="77777777" w:rsidR="00EA76A5" w:rsidRDefault="00EA76A5">
            <w:pPr>
              <w:spacing w:after="0"/>
            </w:pPr>
          </w:p>
        </w:tc>
      </w:tr>
      <w:tr w:rsidR="00EA76A5" w14:paraId="33BB2DBB" w14:textId="77777777">
        <w:trPr>
          <w:jc w:val="center"/>
        </w:trPr>
        <w:tc>
          <w:tcPr>
            <w:tcW w:w="6984" w:type="dxa"/>
            <w:vAlign w:val="center"/>
          </w:tcPr>
          <w:p w14:paraId="36F54B29" w14:textId="77777777" w:rsidR="00EA76A5" w:rsidRDefault="00000000">
            <w:pPr>
              <w:spacing w:after="0"/>
            </w:pPr>
            <w:r>
              <w:rPr>
                <w:sz w:val="15"/>
              </w:rPr>
              <w:t>4. Have epilepsy, fainting attacks or giddiness?</w:t>
            </w:r>
          </w:p>
        </w:tc>
        <w:tc>
          <w:tcPr>
            <w:tcW w:w="720" w:type="dxa"/>
            <w:vAlign w:val="center"/>
          </w:tcPr>
          <w:p w14:paraId="7B512B13" w14:textId="77777777" w:rsidR="00EA76A5" w:rsidRDefault="00000000">
            <w:pPr>
              <w:spacing w:after="0"/>
            </w:pPr>
            <w:r>
              <w:rPr>
                <w:sz w:val="22"/>
              </w:rPr>
              <w:t>☐</w:t>
            </w:r>
          </w:p>
        </w:tc>
        <w:tc>
          <w:tcPr>
            <w:tcW w:w="720" w:type="dxa"/>
            <w:vAlign w:val="center"/>
          </w:tcPr>
          <w:p w14:paraId="73EE672B" w14:textId="77777777" w:rsidR="00EA76A5" w:rsidRDefault="00000000">
            <w:pPr>
              <w:spacing w:after="0"/>
            </w:pPr>
            <w:r>
              <w:rPr>
                <w:sz w:val="22"/>
              </w:rPr>
              <w:t>☐</w:t>
            </w:r>
          </w:p>
        </w:tc>
        <w:tc>
          <w:tcPr>
            <w:tcW w:w="3096" w:type="dxa"/>
            <w:vAlign w:val="center"/>
          </w:tcPr>
          <w:p w14:paraId="1BF8D2C9" w14:textId="77777777" w:rsidR="00EA76A5" w:rsidRDefault="00EA76A5">
            <w:pPr>
              <w:spacing w:after="0"/>
            </w:pPr>
          </w:p>
        </w:tc>
      </w:tr>
      <w:tr w:rsidR="00EA76A5" w14:paraId="53B4B722" w14:textId="77777777">
        <w:trPr>
          <w:jc w:val="center"/>
        </w:trPr>
        <w:tc>
          <w:tcPr>
            <w:tcW w:w="6984" w:type="dxa"/>
            <w:vAlign w:val="center"/>
          </w:tcPr>
          <w:p w14:paraId="2ED62811" w14:textId="77777777" w:rsidR="00EA76A5" w:rsidRDefault="00000000">
            <w:pPr>
              <w:spacing w:after="0"/>
            </w:pPr>
            <w:r>
              <w:rPr>
                <w:sz w:val="15"/>
              </w:rPr>
              <w:lastRenderedPageBreak/>
              <w:t>5. Have diabetes or does anyone in your family?</w:t>
            </w:r>
          </w:p>
        </w:tc>
        <w:tc>
          <w:tcPr>
            <w:tcW w:w="720" w:type="dxa"/>
            <w:vAlign w:val="center"/>
          </w:tcPr>
          <w:p w14:paraId="68CBD270" w14:textId="77777777" w:rsidR="00EA76A5" w:rsidRDefault="00000000">
            <w:pPr>
              <w:spacing w:after="0"/>
            </w:pPr>
            <w:r>
              <w:rPr>
                <w:sz w:val="22"/>
              </w:rPr>
              <w:t>☐</w:t>
            </w:r>
          </w:p>
        </w:tc>
        <w:tc>
          <w:tcPr>
            <w:tcW w:w="720" w:type="dxa"/>
            <w:vAlign w:val="center"/>
          </w:tcPr>
          <w:p w14:paraId="6E5510B7" w14:textId="77777777" w:rsidR="00EA76A5" w:rsidRDefault="00000000">
            <w:pPr>
              <w:spacing w:after="0"/>
            </w:pPr>
            <w:r>
              <w:rPr>
                <w:sz w:val="22"/>
              </w:rPr>
              <w:t>☐</w:t>
            </w:r>
          </w:p>
        </w:tc>
        <w:tc>
          <w:tcPr>
            <w:tcW w:w="3096" w:type="dxa"/>
            <w:vAlign w:val="center"/>
          </w:tcPr>
          <w:p w14:paraId="506F2A40" w14:textId="77777777" w:rsidR="00EA76A5" w:rsidRDefault="00EA76A5">
            <w:pPr>
              <w:spacing w:after="0"/>
            </w:pPr>
          </w:p>
        </w:tc>
      </w:tr>
      <w:tr w:rsidR="00EA76A5" w14:paraId="655EC23E" w14:textId="77777777">
        <w:trPr>
          <w:jc w:val="center"/>
        </w:trPr>
        <w:tc>
          <w:tcPr>
            <w:tcW w:w="6984" w:type="dxa"/>
            <w:vAlign w:val="center"/>
          </w:tcPr>
          <w:p w14:paraId="56E2840B" w14:textId="77777777" w:rsidR="00EA76A5" w:rsidRDefault="00000000">
            <w:pPr>
              <w:spacing w:after="0"/>
            </w:pPr>
            <w:r>
              <w:rPr>
                <w:sz w:val="15"/>
              </w:rPr>
              <w:t>6. Bruise easily or ever bled excessively?</w:t>
            </w:r>
          </w:p>
        </w:tc>
        <w:tc>
          <w:tcPr>
            <w:tcW w:w="720" w:type="dxa"/>
            <w:vAlign w:val="center"/>
          </w:tcPr>
          <w:p w14:paraId="4AF07B07" w14:textId="77777777" w:rsidR="00EA76A5" w:rsidRDefault="00000000">
            <w:pPr>
              <w:spacing w:after="0"/>
            </w:pPr>
            <w:r>
              <w:rPr>
                <w:sz w:val="22"/>
              </w:rPr>
              <w:t>☐</w:t>
            </w:r>
          </w:p>
        </w:tc>
        <w:tc>
          <w:tcPr>
            <w:tcW w:w="720" w:type="dxa"/>
            <w:vAlign w:val="center"/>
          </w:tcPr>
          <w:p w14:paraId="06AC9E01" w14:textId="77777777" w:rsidR="00EA76A5" w:rsidRDefault="00000000">
            <w:pPr>
              <w:spacing w:after="0"/>
            </w:pPr>
            <w:r>
              <w:rPr>
                <w:sz w:val="22"/>
              </w:rPr>
              <w:t>☐</w:t>
            </w:r>
          </w:p>
        </w:tc>
        <w:tc>
          <w:tcPr>
            <w:tcW w:w="3096" w:type="dxa"/>
            <w:vAlign w:val="center"/>
          </w:tcPr>
          <w:p w14:paraId="27363367" w14:textId="77777777" w:rsidR="00EA76A5" w:rsidRDefault="00EA76A5">
            <w:pPr>
              <w:spacing w:after="0"/>
            </w:pPr>
          </w:p>
        </w:tc>
      </w:tr>
      <w:tr w:rsidR="00EA76A5" w14:paraId="1FC92E63" w14:textId="77777777">
        <w:trPr>
          <w:jc w:val="center"/>
        </w:trPr>
        <w:tc>
          <w:tcPr>
            <w:tcW w:w="6984" w:type="dxa"/>
            <w:vAlign w:val="center"/>
          </w:tcPr>
          <w:p w14:paraId="7F4EBDD4" w14:textId="77777777" w:rsidR="00EA76A5" w:rsidRDefault="00000000">
            <w:pPr>
              <w:spacing w:after="0"/>
            </w:pPr>
            <w:r>
              <w:rPr>
                <w:sz w:val="15"/>
              </w:rPr>
              <w:t>7. Take or have taken steroids in the past?</w:t>
            </w:r>
          </w:p>
        </w:tc>
        <w:tc>
          <w:tcPr>
            <w:tcW w:w="720" w:type="dxa"/>
            <w:vAlign w:val="center"/>
          </w:tcPr>
          <w:p w14:paraId="0AD57125" w14:textId="77777777" w:rsidR="00EA76A5" w:rsidRDefault="00000000">
            <w:pPr>
              <w:spacing w:after="0"/>
            </w:pPr>
            <w:r>
              <w:rPr>
                <w:sz w:val="22"/>
              </w:rPr>
              <w:t>☐</w:t>
            </w:r>
          </w:p>
        </w:tc>
        <w:tc>
          <w:tcPr>
            <w:tcW w:w="720" w:type="dxa"/>
            <w:vAlign w:val="center"/>
          </w:tcPr>
          <w:p w14:paraId="3962471F" w14:textId="77777777" w:rsidR="00EA76A5" w:rsidRDefault="00000000">
            <w:pPr>
              <w:spacing w:after="0"/>
            </w:pPr>
            <w:r>
              <w:rPr>
                <w:sz w:val="22"/>
              </w:rPr>
              <w:t>☐</w:t>
            </w:r>
          </w:p>
        </w:tc>
        <w:tc>
          <w:tcPr>
            <w:tcW w:w="3096" w:type="dxa"/>
            <w:vAlign w:val="center"/>
          </w:tcPr>
          <w:p w14:paraId="0A4F5053" w14:textId="77777777" w:rsidR="00EA76A5" w:rsidRDefault="00EA76A5">
            <w:pPr>
              <w:spacing w:after="0"/>
            </w:pPr>
          </w:p>
        </w:tc>
      </w:tr>
      <w:tr w:rsidR="00EA76A5" w14:paraId="3902B19B" w14:textId="77777777">
        <w:trPr>
          <w:jc w:val="center"/>
        </w:trPr>
        <w:tc>
          <w:tcPr>
            <w:tcW w:w="6984" w:type="dxa"/>
            <w:vAlign w:val="center"/>
          </w:tcPr>
          <w:p w14:paraId="04054238" w14:textId="77777777" w:rsidR="00EA76A5" w:rsidRDefault="00000000">
            <w:pPr>
              <w:spacing w:after="0"/>
            </w:pPr>
            <w:r>
              <w:rPr>
                <w:sz w:val="15"/>
              </w:rPr>
              <w:t>8. Suffer from HIV/AIDS or any other infectious diseases?</w:t>
            </w:r>
          </w:p>
        </w:tc>
        <w:tc>
          <w:tcPr>
            <w:tcW w:w="720" w:type="dxa"/>
            <w:vAlign w:val="center"/>
          </w:tcPr>
          <w:p w14:paraId="58C9FEF0" w14:textId="77777777" w:rsidR="00EA76A5" w:rsidRDefault="00000000">
            <w:pPr>
              <w:spacing w:after="0"/>
            </w:pPr>
            <w:r>
              <w:rPr>
                <w:sz w:val="22"/>
              </w:rPr>
              <w:t>☐</w:t>
            </w:r>
          </w:p>
        </w:tc>
        <w:tc>
          <w:tcPr>
            <w:tcW w:w="720" w:type="dxa"/>
            <w:vAlign w:val="center"/>
          </w:tcPr>
          <w:p w14:paraId="5846178D" w14:textId="77777777" w:rsidR="00EA76A5" w:rsidRDefault="00000000">
            <w:pPr>
              <w:spacing w:after="0"/>
            </w:pPr>
            <w:r>
              <w:rPr>
                <w:sz w:val="22"/>
              </w:rPr>
              <w:t>☐</w:t>
            </w:r>
          </w:p>
        </w:tc>
        <w:tc>
          <w:tcPr>
            <w:tcW w:w="3096" w:type="dxa"/>
            <w:vAlign w:val="center"/>
          </w:tcPr>
          <w:p w14:paraId="14025850" w14:textId="77777777" w:rsidR="00EA76A5" w:rsidRDefault="00EA76A5">
            <w:pPr>
              <w:spacing w:after="0"/>
            </w:pPr>
          </w:p>
        </w:tc>
      </w:tr>
      <w:tr w:rsidR="00EA76A5" w14:paraId="68B8F471" w14:textId="77777777">
        <w:trPr>
          <w:jc w:val="center"/>
        </w:trPr>
        <w:tc>
          <w:tcPr>
            <w:tcW w:w="6984" w:type="dxa"/>
            <w:vAlign w:val="center"/>
          </w:tcPr>
          <w:p w14:paraId="37645828" w14:textId="77777777" w:rsidR="00EA76A5" w:rsidRDefault="00000000">
            <w:pPr>
              <w:spacing w:after="0"/>
            </w:pPr>
            <w:r>
              <w:rPr>
                <w:sz w:val="15"/>
              </w:rPr>
              <w:t>9. Suffer from any other serious illnesses?</w:t>
            </w:r>
          </w:p>
        </w:tc>
        <w:tc>
          <w:tcPr>
            <w:tcW w:w="720" w:type="dxa"/>
            <w:vAlign w:val="center"/>
          </w:tcPr>
          <w:p w14:paraId="1F96CFFF" w14:textId="77777777" w:rsidR="00EA76A5" w:rsidRDefault="00000000">
            <w:pPr>
              <w:spacing w:after="0"/>
            </w:pPr>
            <w:r>
              <w:rPr>
                <w:sz w:val="22"/>
              </w:rPr>
              <w:t>☐</w:t>
            </w:r>
          </w:p>
        </w:tc>
        <w:tc>
          <w:tcPr>
            <w:tcW w:w="720" w:type="dxa"/>
            <w:vAlign w:val="center"/>
          </w:tcPr>
          <w:p w14:paraId="77B63ED4" w14:textId="77777777" w:rsidR="00EA76A5" w:rsidRDefault="00000000">
            <w:pPr>
              <w:spacing w:after="0"/>
            </w:pPr>
            <w:r>
              <w:rPr>
                <w:sz w:val="22"/>
              </w:rPr>
              <w:t>☐</w:t>
            </w:r>
          </w:p>
        </w:tc>
        <w:tc>
          <w:tcPr>
            <w:tcW w:w="3096" w:type="dxa"/>
            <w:vAlign w:val="center"/>
          </w:tcPr>
          <w:p w14:paraId="25953903" w14:textId="77777777" w:rsidR="00EA76A5" w:rsidRDefault="00EA76A5">
            <w:pPr>
              <w:spacing w:after="0"/>
            </w:pPr>
          </w:p>
        </w:tc>
      </w:tr>
      <w:tr w:rsidR="00EA76A5" w14:paraId="03EA7B2F" w14:textId="77777777">
        <w:trPr>
          <w:jc w:val="center"/>
        </w:trPr>
        <w:tc>
          <w:tcPr>
            <w:tcW w:w="6984" w:type="dxa"/>
            <w:vAlign w:val="center"/>
          </w:tcPr>
          <w:p w14:paraId="1A86706A" w14:textId="77777777" w:rsidR="00EA76A5" w:rsidRDefault="00000000">
            <w:pPr>
              <w:spacing w:after="0"/>
            </w:pPr>
            <w:r>
              <w:rPr>
                <w:sz w:val="15"/>
              </w:rPr>
              <w:t>10. Have a relative with Creutzfeldt Jakob Disease (CJD)?</w:t>
            </w:r>
          </w:p>
        </w:tc>
        <w:tc>
          <w:tcPr>
            <w:tcW w:w="720" w:type="dxa"/>
            <w:vAlign w:val="center"/>
          </w:tcPr>
          <w:p w14:paraId="3293526C" w14:textId="77777777" w:rsidR="00EA76A5" w:rsidRDefault="00000000">
            <w:pPr>
              <w:spacing w:after="0"/>
            </w:pPr>
            <w:r>
              <w:rPr>
                <w:sz w:val="22"/>
              </w:rPr>
              <w:t>☐</w:t>
            </w:r>
          </w:p>
        </w:tc>
        <w:tc>
          <w:tcPr>
            <w:tcW w:w="720" w:type="dxa"/>
            <w:vAlign w:val="center"/>
          </w:tcPr>
          <w:p w14:paraId="58CDD0C0" w14:textId="77777777" w:rsidR="00EA76A5" w:rsidRDefault="00000000">
            <w:pPr>
              <w:spacing w:after="0"/>
            </w:pPr>
            <w:r>
              <w:rPr>
                <w:sz w:val="22"/>
              </w:rPr>
              <w:t>☐</w:t>
            </w:r>
          </w:p>
        </w:tc>
        <w:tc>
          <w:tcPr>
            <w:tcW w:w="3096" w:type="dxa"/>
            <w:vAlign w:val="center"/>
          </w:tcPr>
          <w:p w14:paraId="6ACE3595" w14:textId="77777777" w:rsidR="00EA76A5" w:rsidRDefault="00EA76A5">
            <w:pPr>
              <w:spacing w:after="0"/>
            </w:pPr>
          </w:p>
        </w:tc>
      </w:tr>
      <w:tr w:rsidR="00EA76A5" w14:paraId="31D11916" w14:textId="77777777">
        <w:trPr>
          <w:jc w:val="center"/>
        </w:trPr>
        <w:tc>
          <w:tcPr>
            <w:tcW w:w="6984" w:type="dxa"/>
            <w:vAlign w:val="center"/>
          </w:tcPr>
          <w:p w14:paraId="55847CD6" w14:textId="77777777" w:rsidR="00EA76A5" w:rsidRDefault="00000000">
            <w:pPr>
              <w:spacing w:after="0"/>
            </w:pPr>
            <w:r>
              <w:rPr>
                <w:sz w:val="15"/>
              </w:rPr>
              <w:t>11. Smoke, if yes, how many per day &amp; for how long?</w:t>
            </w:r>
          </w:p>
        </w:tc>
        <w:tc>
          <w:tcPr>
            <w:tcW w:w="720" w:type="dxa"/>
            <w:vAlign w:val="center"/>
          </w:tcPr>
          <w:p w14:paraId="56B5F183" w14:textId="77777777" w:rsidR="00EA76A5" w:rsidRDefault="00000000">
            <w:pPr>
              <w:spacing w:after="0"/>
            </w:pPr>
            <w:r>
              <w:rPr>
                <w:sz w:val="22"/>
              </w:rPr>
              <w:t>☐</w:t>
            </w:r>
          </w:p>
        </w:tc>
        <w:tc>
          <w:tcPr>
            <w:tcW w:w="720" w:type="dxa"/>
            <w:vAlign w:val="center"/>
          </w:tcPr>
          <w:p w14:paraId="1CFF0B47" w14:textId="77777777" w:rsidR="00EA76A5" w:rsidRDefault="00000000">
            <w:pPr>
              <w:spacing w:after="0"/>
            </w:pPr>
            <w:r>
              <w:rPr>
                <w:sz w:val="22"/>
              </w:rPr>
              <w:t>☐</w:t>
            </w:r>
          </w:p>
        </w:tc>
        <w:tc>
          <w:tcPr>
            <w:tcW w:w="3096" w:type="dxa"/>
            <w:vAlign w:val="center"/>
          </w:tcPr>
          <w:p w14:paraId="7F6070B7" w14:textId="77777777" w:rsidR="00EA76A5" w:rsidRDefault="00EA76A5">
            <w:pPr>
              <w:spacing w:after="0"/>
            </w:pPr>
          </w:p>
        </w:tc>
      </w:tr>
      <w:tr w:rsidR="00EA76A5" w14:paraId="6E6D32BF" w14:textId="77777777">
        <w:trPr>
          <w:jc w:val="center"/>
        </w:trPr>
        <w:tc>
          <w:tcPr>
            <w:tcW w:w="6984" w:type="dxa"/>
            <w:vAlign w:val="center"/>
          </w:tcPr>
          <w:p w14:paraId="3DBC3D87" w14:textId="77777777" w:rsidR="00EA76A5" w:rsidRDefault="00000000">
            <w:pPr>
              <w:spacing w:after="0"/>
            </w:pPr>
            <w:r>
              <w:rPr>
                <w:sz w:val="15"/>
              </w:rPr>
              <w:t>12. Drink alcohol, if yes, how much per week?</w:t>
            </w:r>
            <w:r>
              <w:rPr>
                <w:sz w:val="15"/>
              </w:rPr>
              <w:br/>
              <w:t>e.g. glasses of wine/pint of beer/etc</w:t>
            </w:r>
            <w:r>
              <w:rPr>
                <w:sz w:val="15"/>
              </w:rPr>
              <w:br/>
              <w:t>(Pint of beer = 2 units, Glass of wine = 2 units, Spirit = 1 unit)</w:t>
            </w:r>
          </w:p>
        </w:tc>
        <w:tc>
          <w:tcPr>
            <w:tcW w:w="720" w:type="dxa"/>
            <w:vAlign w:val="center"/>
          </w:tcPr>
          <w:p w14:paraId="79914A64" w14:textId="77777777" w:rsidR="00EA76A5" w:rsidRDefault="00000000">
            <w:pPr>
              <w:spacing w:after="0"/>
            </w:pPr>
            <w:r>
              <w:rPr>
                <w:sz w:val="22"/>
              </w:rPr>
              <w:t>☐</w:t>
            </w:r>
          </w:p>
        </w:tc>
        <w:tc>
          <w:tcPr>
            <w:tcW w:w="720" w:type="dxa"/>
            <w:vAlign w:val="center"/>
          </w:tcPr>
          <w:p w14:paraId="55DFE32D" w14:textId="77777777" w:rsidR="00EA76A5" w:rsidRDefault="00000000">
            <w:pPr>
              <w:spacing w:after="0"/>
            </w:pPr>
            <w:r>
              <w:rPr>
                <w:sz w:val="22"/>
              </w:rPr>
              <w:t>☐</w:t>
            </w:r>
          </w:p>
        </w:tc>
        <w:tc>
          <w:tcPr>
            <w:tcW w:w="3096" w:type="dxa"/>
            <w:vAlign w:val="center"/>
          </w:tcPr>
          <w:p w14:paraId="091B1123" w14:textId="77777777" w:rsidR="00EA76A5" w:rsidRDefault="00EA76A5">
            <w:pPr>
              <w:spacing w:after="0"/>
            </w:pPr>
          </w:p>
        </w:tc>
      </w:tr>
    </w:tbl>
    <w:p w14:paraId="6E40AAB7" w14:textId="77777777" w:rsidR="00EA76A5" w:rsidRDefault="00000000">
      <w:r>
        <w:rPr>
          <w:b/>
          <w:sz w:val="20"/>
        </w:rPr>
        <w:t>OTHER RELEVANT INFORMATION</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1376"/>
      </w:tblGrid>
      <w:tr w:rsidR="00EA76A5" w14:paraId="1CE0C46D" w14:textId="77777777">
        <w:trPr>
          <w:jc w:val="center"/>
        </w:trPr>
        <w:tc>
          <w:tcPr>
            <w:tcW w:w="11376" w:type="dxa"/>
            <w:vAlign w:val="center"/>
          </w:tcPr>
          <w:p w14:paraId="41E22CE2" w14:textId="77777777" w:rsidR="00EA76A5" w:rsidRDefault="00000000">
            <w:pPr>
              <w:spacing w:after="0"/>
            </w:pPr>
            <w:r>
              <w:rPr>
                <w:b/>
                <w:sz w:val="16"/>
              </w:rPr>
              <w:t>How did you find out about the Practice?</w:t>
            </w:r>
          </w:p>
        </w:tc>
      </w:tr>
      <w:tr w:rsidR="00EA76A5" w14:paraId="216CC20B" w14:textId="77777777">
        <w:trPr>
          <w:jc w:val="center"/>
        </w:trPr>
        <w:tc>
          <w:tcPr>
            <w:tcW w:w="11376" w:type="dxa"/>
            <w:vAlign w:val="center"/>
          </w:tcPr>
          <w:p w14:paraId="75DC59C5" w14:textId="77777777" w:rsidR="00EA76A5" w:rsidRDefault="00000000">
            <w:pPr>
              <w:spacing w:after="0"/>
            </w:pPr>
            <w:r>
              <w:rPr>
                <w:sz w:val="16"/>
              </w:rPr>
              <w:br/>
            </w:r>
          </w:p>
        </w:tc>
      </w:tr>
    </w:tbl>
    <w:p w14:paraId="645CF3FD" w14:textId="77777777" w:rsidR="00EA76A5" w:rsidRDefault="00EA76A5">
      <w:pPr>
        <w:spacing w:after="0"/>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1376"/>
      </w:tblGrid>
      <w:tr w:rsidR="00EA76A5" w14:paraId="427D706D" w14:textId="77777777">
        <w:trPr>
          <w:jc w:val="center"/>
        </w:trPr>
        <w:tc>
          <w:tcPr>
            <w:tcW w:w="11376" w:type="dxa"/>
            <w:vAlign w:val="center"/>
          </w:tcPr>
          <w:p w14:paraId="5D092280" w14:textId="77777777" w:rsidR="00EA76A5" w:rsidRDefault="00000000">
            <w:pPr>
              <w:spacing w:after="0"/>
            </w:pPr>
            <w:r>
              <w:rPr>
                <w:b/>
                <w:sz w:val="16"/>
              </w:rPr>
              <w:t>When was the last time you visited a Dentist?</w:t>
            </w:r>
          </w:p>
        </w:tc>
      </w:tr>
      <w:tr w:rsidR="00EA76A5" w14:paraId="297FC1A1" w14:textId="77777777">
        <w:trPr>
          <w:jc w:val="center"/>
        </w:trPr>
        <w:tc>
          <w:tcPr>
            <w:tcW w:w="11376" w:type="dxa"/>
            <w:vAlign w:val="center"/>
          </w:tcPr>
          <w:p w14:paraId="614EDCF6" w14:textId="77777777" w:rsidR="00EA76A5" w:rsidRDefault="00000000">
            <w:pPr>
              <w:spacing w:after="0"/>
            </w:pPr>
            <w:r>
              <w:rPr>
                <w:sz w:val="16"/>
              </w:rPr>
              <w:br/>
            </w:r>
          </w:p>
        </w:tc>
      </w:tr>
    </w:tbl>
    <w:p w14:paraId="2534056C" w14:textId="77777777" w:rsidR="00EA76A5" w:rsidRDefault="00EA76A5">
      <w:pPr>
        <w:spacing w:after="0"/>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1376"/>
      </w:tblGrid>
      <w:tr w:rsidR="00EA76A5" w14:paraId="18E305F6" w14:textId="77777777">
        <w:trPr>
          <w:jc w:val="center"/>
        </w:trPr>
        <w:tc>
          <w:tcPr>
            <w:tcW w:w="11376" w:type="dxa"/>
            <w:vAlign w:val="center"/>
          </w:tcPr>
          <w:p w14:paraId="57C0C218" w14:textId="77777777" w:rsidR="00EA76A5" w:rsidRDefault="00000000">
            <w:pPr>
              <w:spacing w:after="0"/>
            </w:pPr>
            <w:r>
              <w:rPr>
                <w:b/>
                <w:sz w:val="16"/>
              </w:rPr>
              <w:t>Please give details of any current dental problems you are aware of.</w:t>
            </w:r>
          </w:p>
        </w:tc>
      </w:tr>
      <w:tr w:rsidR="00EA76A5" w14:paraId="39951516" w14:textId="77777777">
        <w:trPr>
          <w:jc w:val="center"/>
        </w:trPr>
        <w:tc>
          <w:tcPr>
            <w:tcW w:w="11376" w:type="dxa"/>
            <w:vAlign w:val="center"/>
          </w:tcPr>
          <w:p w14:paraId="58686FC7" w14:textId="77777777" w:rsidR="00EA76A5" w:rsidRDefault="00000000">
            <w:pPr>
              <w:spacing w:after="0"/>
            </w:pPr>
            <w:r>
              <w:rPr>
                <w:sz w:val="16"/>
              </w:rPr>
              <w:br/>
            </w:r>
          </w:p>
        </w:tc>
      </w:tr>
    </w:tbl>
    <w:p w14:paraId="2756C722" w14:textId="77777777" w:rsidR="00EA76A5" w:rsidRDefault="00EA76A5">
      <w:pPr>
        <w:spacing w:after="0"/>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1376"/>
      </w:tblGrid>
      <w:tr w:rsidR="00EA76A5" w14:paraId="04C692AE" w14:textId="77777777">
        <w:trPr>
          <w:jc w:val="center"/>
        </w:trPr>
        <w:tc>
          <w:tcPr>
            <w:tcW w:w="11376" w:type="dxa"/>
            <w:vAlign w:val="center"/>
          </w:tcPr>
          <w:p w14:paraId="47222A89" w14:textId="77777777" w:rsidR="00EA76A5" w:rsidRDefault="00000000">
            <w:pPr>
              <w:spacing w:after="0"/>
            </w:pPr>
            <w:r>
              <w:rPr>
                <w:b/>
                <w:sz w:val="16"/>
              </w:rPr>
              <w:t>Are you happy with your teeth? If not, what would you like to change (e.g. tooth discolouration, missing teeth, bad breath)?</w:t>
            </w:r>
          </w:p>
        </w:tc>
      </w:tr>
      <w:tr w:rsidR="00EA76A5" w14:paraId="7FCFB311" w14:textId="77777777">
        <w:trPr>
          <w:jc w:val="center"/>
        </w:trPr>
        <w:tc>
          <w:tcPr>
            <w:tcW w:w="11376" w:type="dxa"/>
            <w:vAlign w:val="center"/>
          </w:tcPr>
          <w:p w14:paraId="50F5C692" w14:textId="77777777" w:rsidR="00EA76A5" w:rsidRDefault="00000000">
            <w:pPr>
              <w:spacing w:after="0"/>
            </w:pPr>
            <w:r>
              <w:rPr>
                <w:sz w:val="16"/>
              </w:rPr>
              <w:br/>
            </w:r>
          </w:p>
        </w:tc>
      </w:tr>
    </w:tbl>
    <w:p w14:paraId="5E157FD2" w14:textId="77777777" w:rsidR="00EA76A5" w:rsidRDefault="00EA76A5">
      <w:pPr>
        <w:spacing w:after="0"/>
      </w:pPr>
    </w:p>
    <w:p w14:paraId="79D583D0" w14:textId="77777777" w:rsidR="00EA76A5" w:rsidRDefault="00000000">
      <w:r>
        <w:rPr>
          <w:b/>
        </w:rPr>
        <w:t>NHS CHARGES &amp; ACCESS</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400"/>
        <w:gridCol w:w="5400"/>
      </w:tblGrid>
      <w:tr w:rsidR="00EA76A5" w14:paraId="178074BB" w14:textId="77777777">
        <w:trPr>
          <w:jc w:val="center"/>
        </w:trPr>
        <w:tc>
          <w:tcPr>
            <w:tcW w:w="5400" w:type="dxa"/>
            <w:vAlign w:val="center"/>
          </w:tcPr>
          <w:p w14:paraId="0F2EAB51" w14:textId="5839219E" w:rsidR="00EA76A5" w:rsidRDefault="00000000">
            <w:pPr>
              <w:spacing w:after="0"/>
            </w:pPr>
            <w:r>
              <w:rPr>
                <w:sz w:val="16"/>
              </w:rPr>
              <w:t>Are you exempt from NHS charges</w:t>
            </w:r>
            <w:r w:rsidR="002C4856">
              <w:rPr>
                <w:sz w:val="16"/>
              </w:rPr>
              <w:t>?</w:t>
            </w:r>
          </w:p>
        </w:tc>
        <w:tc>
          <w:tcPr>
            <w:tcW w:w="5400" w:type="dxa"/>
            <w:vAlign w:val="center"/>
          </w:tcPr>
          <w:p w14:paraId="0C6EF382" w14:textId="719987D9" w:rsidR="00EA76A5" w:rsidRDefault="002C4856">
            <w:pPr>
              <w:spacing w:after="0"/>
            </w:pPr>
            <w:r>
              <w:rPr>
                <w:sz w:val="16"/>
              </w:rPr>
              <w:t xml:space="preserve">   Yes ☐   </w:t>
            </w:r>
            <w:r>
              <w:rPr>
                <w:sz w:val="16"/>
              </w:rPr>
              <w:t xml:space="preserve">              </w:t>
            </w:r>
            <w:r>
              <w:rPr>
                <w:sz w:val="16"/>
              </w:rPr>
              <w:t>No ☐</w:t>
            </w:r>
            <w:proofErr w:type="gramStart"/>
            <w:r>
              <w:rPr>
                <w:sz w:val="16"/>
              </w:rPr>
              <w:t xml:space="preserve">   (</w:t>
            </w:r>
            <w:proofErr w:type="gramEnd"/>
            <w:r>
              <w:rPr>
                <w:sz w:val="16"/>
              </w:rPr>
              <w:t>If NO NHS Charges Apply)</w:t>
            </w:r>
          </w:p>
        </w:tc>
      </w:tr>
      <w:tr w:rsidR="00EA76A5" w14:paraId="7020157A" w14:textId="77777777">
        <w:trPr>
          <w:jc w:val="center"/>
        </w:trPr>
        <w:tc>
          <w:tcPr>
            <w:tcW w:w="5400" w:type="dxa"/>
            <w:vAlign w:val="center"/>
          </w:tcPr>
          <w:p w14:paraId="360AEDBF" w14:textId="77777777" w:rsidR="00EA76A5" w:rsidRDefault="00000000">
            <w:pPr>
              <w:spacing w:after="0"/>
            </w:pPr>
            <w:r>
              <w:rPr>
                <w:sz w:val="16"/>
              </w:rPr>
              <w:t>If so please indicate type e.g. UNIVERSAL CREDIT</w:t>
            </w:r>
          </w:p>
        </w:tc>
        <w:tc>
          <w:tcPr>
            <w:tcW w:w="5400" w:type="dxa"/>
            <w:vAlign w:val="center"/>
          </w:tcPr>
          <w:p w14:paraId="5C4F7A9F" w14:textId="77777777" w:rsidR="00EA76A5" w:rsidRDefault="00EA76A5">
            <w:pPr>
              <w:spacing w:after="0"/>
            </w:pPr>
          </w:p>
        </w:tc>
      </w:tr>
      <w:tr w:rsidR="00EA76A5" w14:paraId="2D7CC48F" w14:textId="77777777">
        <w:trPr>
          <w:jc w:val="center"/>
        </w:trPr>
        <w:tc>
          <w:tcPr>
            <w:tcW w:w="5400" w:type="dxa"/>
            <w:vAlign w:val="center"/>
          </w:tcPr>
          <w:p w14:paraId="19E4E2DB" w14:textId="35B3F023" w:rsidR="00EA76A5" w:rsidRDefault="00000000">
            <w:pPr>
              <w:spacing w:after="0"/>
            </w:pPr>
            <w:r>
              <w:rPr>
                <w:sz w:val="16"/>
              </w:rPr>
              <w:t xml:space="preserve">Do you require </w:t>
            </w:r>
            <w:proofErr w:type="gramStart"/>
            <w:r>
              <w:rPr>
                <w:sz w:val="16"/>
              </w:rPr>
              <w:t>a downstairs</w:t>
            </w:r>
            <w:proofErr w:type="gramEnd"/>
            <w:r>
              <w:rPr>
                <w:sz w:val="16"/>
              </w:rPr>
              <w:t xml:space="preserve"> surgery?   </w:t>
            </w:r>
          </w:p>
        </w:tc>
        <w:tc>
          <w:tcPr>
            <w:tcW w:w="5400" w:type="dxa"/>
            <w:vAlign w:val="center"/>
          </w:tcPr>
          <w:p w14:paraId="7CDFB702" w14:textId="4A7C02E0" w:rsidR="00EA76A5" w:rsidRDefault="002C4856">
            <w:pPr>
              <w:spacing w:after="0"/>
            </w:pPr>
            <w:r>
              <w:rPr>
                <w:sz w:val="16"/>
              </w:rPr>
              <w:t xml:space="preserve">    </w:t>
            </w:r>
            <w:r>
              <w:rPr>
                <w:sz w:val="16"/>
              </w:rPr>
              <w:t xml:space="preserve">Yes ☐   </w:t>
            </w:r>
            <w:r>
              <w:rPr>
                <w:sz w:val="16"/>
              </w:rPr>
              <w:t xml:space="preserve">                             </w:t>
            </w:r>
            <w:r>
              <w:rPr>
                <w:sz w:val="16"/>
              </w:rPr>
              <w:t>No ☐</w:t>
            </w:r>
          </w:p>
        </w:tc>
      </w:tr>
    </w:tbl>
    <w:p w14:paraId="25FCB77E" w14:textId="77777777" w:rsidR="002C4856" w:rsidRDefault="002C4856">
      <w:pPr>
        <w:rPr>
          <w:b/>
        </w:rPr>
      </w:pPr>
    </w:p>
    <w:p w14:paraId="268D6D1B" w14:textId="427BE493" w:rsidR="00EA76A5" w:rsidRDefault="00000000">
      <w:r>
        <w:rPr>
          <w:b/>
        </w:rPr>
        <w:t>Patient Signature: ____________________________________________    Date: __________________</w:t>
      </w:r>
    </w:p>
    <w:p w14:paraId="1A9F5F68" w14:textId="77777777" w:rsidR="00EA76A5" w:rsidRDefault="00EA76A5"/>
    <w:p w14:paraId="6F1BCDE7" w14:textId="77777777" w:rsidR="00EA76A5" w:rsidRDefault="00000000">
      <w:r>
        <w:rPr>
          <w:b/>
          <w:sz w:val="20"/>
        </w:rPr>
        <w:t>COMMUNICATION PREFERENCES</w:t>
      </w:r>
    </w:p>
    <w:p w14:paraId="18B70ECE" w14:textId="77777777" w:rsidR="00EA76A5" w:rsidRDefault="00000000">
      <w:pPr>
        <w:spacing w:after="60"/>
      </w:pPr>
      <w:r>
        <w:t>We may use your contact details to communicate with you by email or SMS/text message, about your appointments, treatment and other matters relating to your care.</w:t>
      </w:r>
      <w:r>
        <w:br/>
        <w:t>We may occasionally send information about practice services, events or other promotional communications. These are separate from communications relating to your care. Please let us know if you do not wish to receive these communications by contacting the practice.</w:t>
      </w:r>
    </w:p>
    <w:p w14:paraId="41BFC04A" w14:textId="77777777" w:rsidR="00EA76A5" w:rsidRDefault="00EA76A5"/>
    <w:p w14:paraId="7440AD59" w14:textId="77777777" w:rsidR="00EA76A5" w:rsidRDefault="00000000">
      <w:pPr>
        <w:jc w:val="center"/>
      </w:pPr>
      <w:r>
        <w:rPr>
          <w:i/>
          <w:sz w:val="16"/>
        </w:rPr>
        <w:t>Thank you for completing the questionnaire. This will allow our team to have a full understanding of your medical history and expectations and provide you with the best care possible.</w:t>
      </w:r>
    </w:p>
    <w:sectPr w:rsidR="00EA76A5" w:rsidSect="00034616">
      <w:footerReference w:type="default" r:id="rId8"/>
      <w:pgSz w:w="12240" w:h="15840"/>
      <w:pgMar w:top="648" w:right="720" w:bottom="64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34D06" w14:textId="77777777" w:rsidR="00B020AD" w:rsidRDefault="00B020AD">
      <w:pPr>
        <w:spacing w:after="0" w:line="240" w:lineRule="auto"/>
      </w:pPr>
      <w:r>
        <w:separator/>
      </w:r>
    </w:p>
  </w:endnote>
  <w:endnote w:type="continuationSeparator" w:id="0">
    <w:p w14:paraId="1A4A4E32" w14:textId="77777777" w:rsidR="00B020AD" w:rsidRDefault="00B020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0EF43" w14:textId="77777777" w:rsidR="00EA76A5" w:rsidRDefault="00000000">
    <w:pPr>
      <w:pStyle w:val="Footer"/>
      <w:jc w:val="center"/>
    </w:pPr>
    <w:r>
      <w:rPr>
        <w:sz w:val="14"/>
      </w:rPr>
      <w:t>Sundon Dental Practice | 115 Sundon Park Road, Luton, Beds LU3 3AD | Tel: 01582 571074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2268A" w14:textId="77777777" w:rsidR="00B020AD" w:rsidRDefault="00B020AD">
      <w:pPr>
        <w:spacing w:after="0" w:line="240" w:lineRule="auto"/>
      </w:pPr>
      <w:r>
        <w:separator/>
      </w:r>
    </w:p>
  </w:footnote>
  <w:footnote w:type="continuationSeparator" w:id="0">
    <w:p w14:paraId="5EBBDBC1" w14:textId="77777777" w:rsidR="00B020AD" w:rsidRDefault="00B020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98971338">
    <w:abstractNumId w:val="8"/>
  </w:num>
  <w:num w:numId="2" w16cid:durableId="1354190362">
    <w:abstractNumId w:val="6"/>
  </w:num>
  <w:num w:numId="3" w16cid:durableId="739065004">
    <w:abstractNumId w:val="5"/>
  </w:num>
  <w:num w:numId="4" w16cid:durableId="1744797476">
    <w:abstractNumId w:val="4"/>
  </w:num>
  <w:num w:numId="5" w16cid:durableId="1962029180">
    <w:abstractNumId w:val="7"/>
  </w:num>
  <w:num w:numId="6" w16cid:durableId="560218809">
    <w:abstractNumId w:val="3"/>
  </w:num>
  <w:num w:numId="7" w16cid:durableId="339703833">
    <w:abstractNumId w:val="2"/>
  </w:num>
  <w:num w:numId="8" w16cid:durableId="389380879">
    <w:abstractNumId w:val="1"/>
  </w:num>
  <w:num w:numId="9" w16cid:durableId="1766997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C4856"/>
    <w:rsid w:val="00326F90"/>
    <w:rsid w:val="00AA1D8D"/>
    <w:rsid w:val="00B020AD"/>
    <w:rsid w:val="00B47730"/>
    <w:rsid w:val="00CB0664"/>
    <w:rsid w:val="00D02844"/>
    <w:rsid w:val="00EA76A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DB18BA"/>
  <w14:defaultImageDpi w14:val="300"/>
  <w15:docId w15:val="{DFDCFD27-FE8A-4F06-A6C3-F5EBDD2D9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520</Words>
  <Characters>2967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office2</cp:lastModifiedBy>
  <cp:revision>2</cp:revision>
  <dcterms:created xsi:type="dcterms:W3CDTF">2013-12-23T23:15:00Z</dcterms:created>
  <dcterms:modified xsi:type="dcterms:W3CDTF">2026-09-22T09:54:00Z</dcterms:modified>
  <cp:category/>
</cp:coreProperties>
</file>